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8E0" w:rsidRPr="000C4118" w:rsidRDefault="00A44972" w:rsidP="000C3C36">
      <w:pPr>
        <w:pStyle w:val="aa"/>
        <w:pBdr>
          <w:bottom w:val="single" w:sz="12" w:space="1" w:color="FF852B"/>
        </w:pBdr>
        <w:spacing w:after="180"/>
        <w:rPr>
          <w:lang w:val="ru-RU"/>
        </w:rPr>
      </w:pPr>
      <w:r w:rsidRPr="000C4118">
        <w:rPr>
          <w:lang w:val="ru-RU"/>
        </w:rPr>
        <w:t>Персональные данные учеников: проверьте себя</w:t>
      </w:r>
    </w:p>
    <w:p w:rsidR="00F148E0" w:rsidRPr="000C4118" w:rsidRDefault="00A44972">
      <w:pPr>
        <w:rPr>
          <w:lang w:val="ru-RU"/>
        </w:rPr>
      </w:pPr>
      <w:r w:rsidRPr="000C4118">
        <w:rPr>
          <w:lang w:val="ru-RU"/>
        </w:rPr>
        <w:t xml:space="preserve">Отметьте </w:t>
      </w:r>
      <w:r w:rsidRPr="000C4118">
        <w:rPr>
          <w:lang w:val="ru-RU"/>
        </w:rPr>
        <w:t>подходящие</w:t>
      </w:r>
      <w:r w:rsidRPr="000C4118">
        <w:rPr>
          <w:lang w:val="ru-RU"/>
        </w:rPr>
        <w:t xml:space="preserve"> варианты в каждом блоке. Под ними — краткое пояснение, что нужно сделать именно в вашей ситуации. Один и тот же репетитор может отметить несколько вариантов.</w:t>
      </w:r>
    </w:p>
    <w:p w:rsidR="00F148E0" w:rsidRPr="000C4118" w:rsidRDefault="00A44972">
      <w:pPr>
        <w:pStyle w:val="1"/>
        <w:spacing w:before="200" w:after="80"/>
        <w:rPr>
          <w:lang w:val="ru-RU"/>
        </w:rPr>
      </w:pPr>
      <w:r w:rsidRPr="000C4118">
        <w:rPr>
          <w:lang w:val="ru-RU"/>
        </w:rPr>
        <w:t>1. Какие данные я собираю?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</w:t>
      </w:r>
      <w:r w:rsidRPr="000C4118">
        <w:rPr>
          <w:lang w:val="ru-RU"/>
        </w:rPr>
        <w:t>Имя ученика, класс/возраст, предмет, уровень подготовки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Имя и телефон родителя, контакт ученика, ник в мессенджере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Расписание, домашние задания, результаты тестов, сведения об оплате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Фото, видеозаписи, отзывы, сведения о здоровье или развитии</w:t>
      </w:r>
    </w:p>
    <w:p w:rsidR="00F148E0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П</w:t>
      </w:r>
      <w:r w:rsidRPr="000C4118">
        <w:rPr>
          <w:lang w:val="ru-RU"/>
        </w:rPr>
        <w:t>аспорт, СНИЛС, адрес регистрации, точная дата рождения</w:t>
      </w:r>
    </w:p>
    <w:p w:rsidR="000C4118" w:rsidRPr="000C4118" w:rsidRDefault="000C4118">
      <w:pPr>
        <w:spacing w:after="0"/>
        <w:ind w:left="113"/>
        <w:rPr>
          <w:lang w:val="ru-RU"/>
        </w:rPr>
      </w:pPr>
    </w:p>
    <w:p w:rsidR="00F148E0" w:rsidRPr="000C4118" w:rsidRDefault="00A44972" w:rsidP="000C4118">
      <w:pPr>
        <w:spacing w:before="60" w:after="140"/>
        <w:ind w:left="113"/>
        <w:jc w:val="both"/>
        <w:rPr>
          <w:i/>
          <w:iCs/>
          <w:lang w:val="ru-RU"/>
        </w:rPr>
      </w:pPr>
      <w:r w:rsidRPr="000C4118">
        <w:rPr>
          <w:b/>
          <w:i/>
          <w:iCs/>
          <w:color w:val="2799B1"/>
          <w:lang w:val="ru-RU"/>
        </w:rPr>
        <w:t xml:space="preserve">Как правильно: </w:t>
      </w:r>
      <w:r w:rsidRPr="000C4118">
        <w:rPr>
          <w:i/>
          <w:iCs/>
          <w:lang w:val="ru-RU"/>
        </w:rPr>
        <w:t xml:space="preserve">Оставьте только то, что действительно нужно для занятий и связи. Паспорт и СНИЛС обычно не нужны. Сведения о здоровье </w:t>
      </w:r>
      <w:r w:rsidR="000C4118" w:rsidRPr="000C4118">
        <w:rPr>
          <w:i/>
          <w:iCs/>
          <w:lang w:val="ru-RU"/>
        </w:rPr>
        <w:t>-</w:t>
      </w:r>
      <w:r w:rsidRPr="000C4118">
        <w:rPr>
          <w:i/>
          <w:iCs/>
          <w:lang w:val="ru-RU"/>
        </w:rPr>
        <w:t xml:space="preserve"> особая категория: не собирайте их «про запас»; если они действите</w:t>
      </w:r>
      <w:r w:rsidRPr="000C4118">
        <w:rPr>
          <w:i/>
          <w:iCs/>
          <w:lang w:val="ru-RU"/>
        </w:rPr>
        <w:t>льно необходимы, отдельно проверьте законное основание и условия обработки.</w:t>
      </w:r>
    </w:p>
    <w:p w:rsidR="00F148E0" w:rsidRPr="000C4118" w:rsidRDefault="00A44972">
      <w:pPr>
        <w:pStyle w:val="1"/>
        <w:spacing w:before="200" w:after="80"/>
        <w:rPr>
          <w:lang w:val="ru-RU"/>
        </w:rPr>
      </w:pPr>
      <w:r w:rsidRPr="000C4118">
        <w:rPr>
          <w:lang w:val="ru-RU"/>
        </w:rPr>
        <w:t>2. Для чего я использую данные?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Ответить на заявку и назначить пробное занятие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Согласовать расписание, провести урок, проверить задания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Принять оплату, сформировать чек, р</w:t>
      </w:r>
      <w:r w:rsidRPr="000C4118">
        <w:rPr>
          <w:lang w:val="ru-RU"/>
        </w:rPr>
        <w:t>ешить спор по занятиям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Отправлять рекламные сообщения, публиковать отзывы или кейсы</w:t>
      </w:r>
    </w:p>
    <w:p w:rsidR="000C4118" w:rsidRPr="000C4118" w:rsidRDefault="000C4118">
      <w:pPr>
        <w:spacing w:after="0"/>
        <w:ind w:left="113"/>
        <w:rPr>
          <w:b/>
          <w:i/>
          <w:iCs/>
          <w:lang w:val="ru-RU"/>
        </w:rPr>
      </w:pPr>
    </w:p>
    <w:p w:rsidR="00F148E0" w:rsidRPr="000C4118" w:rsidRDefault="00A44972" w:rsidP="000C4118">
      <w:pPr>
        <w:spacing w:before="60" w:after="140"/>
        <w:ind w:left="113"/>
        <w:jc w:val="both"/>
        <w:rPr>
          <w:i/>
          <w:iCs/>
          <w:lang w:val="ru-RU"/>
        </w:rPr>
      </w:pPr>
      <w:r w:rsidRPr="000C4118">
        <w:rPr>
          <w:b/>
          <w:i/>
          <w:iCs/>
          <w:lang w:val="ru-RU"/>
        </w:rPr>
        <w:t xml:space="preserve">Как правильно: </w:t>
      </w:r>
      <w:r w:rsidRPr="000C4118">
        <w:rPr>
          <w:i/>
          <w:iCs/>
          <w:lang w:val="ru-RU"/>
        </w:rPr>
        <w:t>Напротив каждой группы данных запишите конкретную цель. Контакт родителя для расписания не означает разрешения использовать его для рекламы. Если цель не</w:t>
      </w:r>
      <w:r w:rsidRPr="000C4118">
        <w:rPr>
          <w:i/>
          <w:iCs/>
          <w:lang w:val="ru-RU"/>
        </w:rPr>
        <w:t xml:space="preserve"> можете объяснить </w:t>
      </w:r>
      <w:r w:rsidR="000C4118">
        <w:rPr>
          <w:i/>
          <w:iCs/>
          <w:lang w:val="ru-RU"/>
        </w:rPr>
        <w:t>-</w:t>
      </w:r>
      <w:r w:rsidRPr="000C4118">
        <w:rPr>
          <w:i/>
          <w:iCs/>
          <w:lang w:val="ru-RU"/>
        </w:rPr>
        <w:t xml:space="preserve"> скорее всего, сведения лучше не собирать.</w:t>
      </w:r>
    </w:p>
    <w:p w:rsidR="00F148E0" w:rsidRPr="000C4118" w:rsidRDefault="00A44972">
      <w:pPr>
        <w:pStyle w:val="1"/>
        <w:spacing w:before="200" w:after="80"/>
        <w:rPr>
          <w:lang w:val="ru-RU"/>
        </w:rPr>
      </w:pPr>
      <w:r w:rsidRPr="000C4118">
        <w:rPr>
          <w:lang w:val="ru-RU"/>
        </w:rPr>
        <w:t>3. Где я храню данные?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Только в бумажной тетради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В контактах телефона и переписке </w:t>
      </w:r>
      <w:r>
        <w:t>Telegram</w:t>
      </w:r>
      <w:r w:rsidRPr="000C4118">
        <w:rPr>
          <w:lang w:val="ru-RU"/>
        </w:rPr>
        <w:t>/</w:t>
      </w:r>
      <w:r>
        <w:t>WhatsApp</w:t>
      </w:r>
      <w:r w:rsidRPr="000C4118">
        <w:rPr>
          <w:lang w:val="ru-RU"/>
        </w:rPr>
        <w:t>/ВК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В </w:t>
      </w:r>
      <w:r>
        <w:t>Excel</w:t>
      </w:r>
      <w:r w:rsidRPr="000C4118">
        <w:rPr>
          <w:lang w:val="ru-RU"/>
        </w:rPr>
        <w:t xml:space="preserve"> или локальных заметках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В </w:t>
      </w:r>
      <w:r>
        <w:t>Google</w:t>
      </w:r>
      <w:r w:rsidRPr="000C4118">
        <w:rPr>
          <w:lang w:val="ru-RU"/>
        </w:rPr>
        <w:t xml:space="preserve"> Таблицах / </w:t>
      </w:r>
      <w:r>
        <w:t>Google</w:t>
      </w:r>
      <w:r w:rsidRPr="000C4118">
        <w:rPr>
          <w:lang w:val="ru-RU"/>
        </w:rPr>
        <w:t xml:space="preserve"> Диске / </w:t>
      </w:r>
      <w:r>
        <w:t>iCloud</w:t>
      </w:r>
      <w:r w:rsidRPr="000C4118">
        <w:rPr>
          <w:lang w:val="ru-RU"/>
        </w:rPr>
        <w:t xml:space="preserve"> / </w:t>
      </w:r>
      <w:r>
        <w:t>Notion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В Яндекс Диске, </w:t>
      </w:r>
      <w:r>
        <w:t>CRM</w:t>
      </w:r>
      <w:r w:rsidRPr="000C4118">
        <w:rPr>
          <w:lang w:val="ru-RU"/>
        </w:rPr>
        <w:t xml:space="preserve"> или форме записи на сайте</w:t>
      </w:r>
    </w:p>
    <w:p w:rsidR="000C4118" w:rsidRDefault="000C4118" w:rsidP="000C4118">
      <w:pPr>
        <w:spacing w:after="0"/>
        <w:ind w:left="113"/>
        <w:jc w:val="both"/>
        <w:rPr>
          <w:b/>
          <w:lang w:val="ru-RU"/>
        </w:rPr>
      </w:pPr>
    </w:p>
    <w:p w:rsidR="00F148E0" w:rsidRPr="000C4118" w:rsidRDefault="00A44972" w:rsidP="000C4118">
      <w:pPr>
        <w:spacing w:before="60" w:after="140"/>
        <w:ind w:left="113"/>
        <w:jc w:val="both"/>
        <w:rPr>
          <w:lang w:val="ru-RU"/>
        </w:rPr>
      </w:pPr>
      <w:r w:rsidRPr="000C4118">
        <w:rPr>
          <w:b/>
          <w:color w:val="2799B1"/>
          <w:lang w:val="ru-RU"/>
        </w:rPr>
        <w:t xml:space="preserve">Как правильно: </w:t>
      </w:r>
      <w:r w:rsidRPr="000C4118">
        <w:rPr>
          <w:lang w:val="ru-RU"/>
        </w:rPr>
        <w:t xml:space="preserve">Проверьте каждое фактическое место хранения, доступ других людей и сроки удаления. Для облаков выясните, где находятся базы данных и кому доступны сведения. Не открывайте списки учеников по общедоступной ссылке. </w:t>
      </w:r>
      <w:r w:rsidR="000C4118">
        <w:rPr>
          <w:lang w:val="ru-RU"/>
        </w:rPr>
        <w:t>Использование</w:t>
      </w:r>
      <w:r w:rsidRPr="000C4118">
        <w:rPr>
          <w:lang w:val="ru-RU"/>
        </w:rPr>
        <w:t xml:space="preserve"> </w:t>
      </w:r>
      <w:r>
        <w:t>Google</w:t>
      </w:r>
      <w:r w:rsidRPr="000C4118">
        <w:rPr>
          <w:lang w:val="ru-RU"/>
        </w:rPr>
        <w:t xml:space="preserve"> и иных иностранных серв</w:t>
      </w:r>
      <w:r w:rsidRPr="000C4118">
        <w:rPr>
          <w:lang w:val="ru-RU"/>
        </w:rPr>
        <w:t>исов</w:t>
      </w:r>
      <w:r w:rsidR="000C4118">
        <w:rPr>
          <w:lang w:val="ru-RU"/>
        </w:rPr>
        <w:t xml:space="preserve"> – трансграничная передача данных, для которой нужны отдельные согласия, уведомления Роскомнадзора и усиленные требования к защите. </w:t>
      </w:r>
    </w:p>
    <w:p w:rsidR="00F148E0" w:rsidRPr="000C4118" w:rsidRDefault="00A44972">
      <w:pPr>
        <w:pStyle w:val="1"/>
        <w:spacing w:before="200" w:after="80"/>
        <w:rPr>
          <w:lang w:val="ru-RU"/>
        </w:rPr>
      </w:pPr>
      <w:r w:rsidRPr="000C4118">
        <w:rPr>
          <w:lang w:val="ru-RU"/>
        </w:rPr>
        <w:t>4. Какие у меня основания для обработки?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Есть договор или оферта, по которым ученик/родитель является стороной либо </w:t>
      </w:r>
      <w:r w:rsidRPr="000C4118">
        <w:rPr>
          <w:lang w:val="ru-RU"/>
        </w:rPr>
        <w:t>выгодоприобретателем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Данные нужны для действий по запросу человека до заключения договора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Данные нужны для налоговых и иных обязанностей по закону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Я опираюсь на отдельное согласие для конкретной дополнительной цели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Не могу объяснить основание д</w:t>
      </w:r>
      <w:r w:rsidRPr="000C4118">
        <w:rPr>
          <w:lang w:val="ru-RU"/>
        </w:rPr>
        <w:t>ля части данных</w:t>
      </w:r>
    </w:p>
    <w:p w:rsidR="000C4118" w:rsidRPr="000C4118" w:rsidRDefault="000C4118" w:rsidP="000C4118">
      <w:pPr>
        <w:spacing w:after="0"/>
        <w:ind w:left="113"/>
        <w:jc w:val="both"/>
        <w:rPr>
          <w:b/>
          <w:i/>
          <w:iCs/>
          <w:lang w:val="ru-RU"/>
        </w:rPr>
      </w:pPr>
    </w:p>
    <w:p w:rsidR="00F148E0" w:rsidRPr="000C4118" w:rsidRDefault="00A44972" w:rsidP="000C4118">
      <w:pPr>
        <w:spacing w:before="60" w:after="140"/>
        <w:ind w:left="113"/>
        <w:jc w:val="both"/>
        <w:rPr>
          <w:i/>
          <w:iCs/>
          <w:lang w:val="ru-RU"/>
        </w:rPr>
      </w:pPr>
      <w:r w:rsidRPr="000C4118">
        <w:rPr>
          <w:b/>
          <w:i/>
          <w:iCs/>
          <w:lang w:val="ru-RU"/>
        </w:rPr>
        <w:t xml:space="preserve">Как правильно: </w:t>
      </w:r>
      <w:r w:rsidRPr="000C4118">
        <w:rPr>
          <w:i/>
          <w:iCs/>
          <w:lang w:val="ru-RU"/>
        </w:rPr>
        <w:t>Не требуется согласие «на всё», когда применимо другое основание по закону. Но договор не оправдывает любую обработку: цель и состав данных должны соответствовать занятиям, а статус несовершеннолетнего и сторон договора нужн</w:t>
      </w:r>
      <w:r w:rsidRPr="000C4118">
        <w:rPr>
          <w:i/>
          <w:iCs/>
          <w:lang w:val="ru-RU"/>
        </w:rPr>
        <w:t>о учитывать отдельно. Если основания нет — не начинайте соответствующую обработку до проверки.</w:t>
      </w:r>
    </w:p>
    <w:p w:rsidR="00F148E0" w:rsidRPr="000C4118" w:rsidRDefault="00A44972">
      <w:pPr>
        <w:pStyle w:val="1"/>
        <w:spacing w:before="200" w:after="80"/>
        <w:rPr>
          <w:lang w:val="ru-RU"/>
        </w:rPr>
      </w:pPr>
      <w:r w:rsidRPr="000C4118">
        <w:rPr>
          <w:lang w:val="ru-RU"/>
        </w:rPr>
        <w:lastRenderedPageBreak/>
        <w:t>5. Какие документы у меня есть?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Договор / оферта с условиями занятий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Политика обработки персональных данных (доступна клиентам)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Отдельные согласия там, </w:t>
      </w:r>
      <w:r w:rsidRPr="000C4118">
        <w:rPr>
          <w:lang w:val="ru-RU"/>
        </w:rPr>
        <w:t>где они действительно нужны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Простая внутренняя карта: данные → цель → основание → сервис → срок</w:t>
      </w:r>
    </w:p>
    <w:p w:rsidR="00F148E0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Ничего </w:t>
      </w:r>
      <w:proofErr w:type="gramStart"/>
      <w:r w:rsidRPr="000C4118">
        <w:rPr>
          <w:lang w:val="ru-RU"/>
        </w:rPr>
        <w:t>из</w:t>
      </w:r>
      <w:proofErr w:type="gramEnd"/>
      <w:r w:rsidRPr="000C4118">
        <w:rPr>
          <w:lang w:val="ru-RU"/>
        </w:rPr>
        <w:t xml:space="preserve"> перечисленного</w:t>
      </w:r>
    </w:p>
    <w:p w:rsidR="000C4118" w:rsidRPr="000C4118" w:rsidRDefault="000C4118">
      <w:pPr>
        <w:spacing w:after="0"/>
        <w:ind w:left="113"/>
        <w:rPr>
          <w:lang w:val="ru-RU"/>
        </w:rPr>
      </w:pPr>
    </w:p>
    <w:p w:rsidR="00F148E0" w:rsidRPr="000C4118" w:rsidRDefault="00A44972" w:rsidP="000C4118">
      <w:pPr>
        <w:spacing w:before="60" w:after="140"/>
        <w:ind w:left="113"/>
        <w:jc w:val="both"/>
        <w:rPr>
          <w:i/>
          <w:iCs/>
          <w:lang w:val="ru-RU"/>
        </w:rPr>
      </w:pPr>
      <w:r w:rsidRPr="000C4118">
        <w:rPr>
          <w:b/>
          <w:i/>
          <w:iCs/>
          <w:color w:val="2799B1"/>
          <w:lang w:val="ru-RU"/>
        </w:rPr>
        <w:t xml:space="preserve">Как правильно: </w:t>
      </w:r>
      <w:r w:rsidRPr="000C4118">
        <w:rPr>
          <w:i/>
          <w:iCs/>
          <w:lang w:val="ru-RU"/>
        </w:rPr>
        <w:t xml:space="preserve">Договор рекомендуется оформить, чтобы подтвердить отношения и условия обработки. Политика требуется оператору: </w:t>
      </w:r>
      <w:r w:rsidRPr="000C4118">
        <w:rPr>
          <w:i/>
          <w:iCs/>
          <w:lang w:val="ru-RU"/>
        </w:rPr>
        <w:t>при интернет-сборе обеспечьте доступ к ней в соответствующей сети/на страницах сбора. Отдельное согласие оформляйте лишь там, где нужно; оно не должно быть спрятано в договоре. Простая карта помогает избежать противоречий, но не заменяет законные обязаннос</w:t>
      </w:r>
      <w:r w:rsidRPr="000C4118">
        <w:rPr>
          <w:i/>
          <w:iCs/>
          <w:lang w:val="ru-RU"/>
        </w:rPr>
        <w:t>ти.</w:t>
      </w:r>
    </w:p>
    <w:p w:rsidR="00F148E0" w:rsidRPr="000C4118" w:rsidRDefault="00A44972">
      <w:pPr>
        <w:pStyle w:val="1"/>
        <w:spacing w:before="200" w:after="80"/>
        <w:rPr>
          <w:lang w:val="ru-RU"/>
        </w:rPr>
      </w:pPr>
      <w:r w:rsidRPr="000C4118">
        <w:rPr>
          <w:lang w:val="ru-RU"/>
        </w:rPr>
        <w:t>6. Несовершеннолетние: с кем я работаю?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Договор с родителем; платит родитель; занятия и переписка с ребёнком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Договор с родителем; платит другое лицо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Подросток 14–17 лет сам договаривается и платит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Есть отдельное согласие законного представи</w:t>
      </w:r>
      <w:r w:rsidRPr="000C4118">
        <w:rPr>
          <w:lang w:val="ru-RU"/>
        </w:rPr>
        <w:t>теля для конкретной цели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Не выясня</w:t>
      </w:r>
      <w:proofErr w:type="gramStart"/>
      <w:r w:rsidRPr="000C4118">
        <w:rPr>
          <w:lang w:val="ru-RU"/>
        </w:rPr>
        <w:t>л(</w:t>
      </w:r>
      <w:proofErr w:type="gramEnd"/>
      <w:r w:rsidRPr="000C4118">
        <w:rPr>
          <w:lang w:val="ru-RU"/>
        </w:rPr>
        <w:t>а), кто сторона договора и кто вправе дать согласие</w:t>
      </w:r>
    </w:p>
    <w:p w:rsidR="000C4118" w:rsidRDefault="000C4118">
      <w:pPr>
        <w:spacing w:after="0"/>
        <w:ind w:left="113"/>
        <w:rPr>
          <w:b/>
          <w:lang w:val="ru-RU"/>
        </w:rPr>
      </w:pPr>
    </w:p>
    <w:p w:rsidR="00F148E0" w:rsidRPr="000C4118" w:rsidRDefault="00A44972" w:rsidP="000C4118">
      <w:pPr>
        <w:spacing w:before="60" w:after="140"/>
        <w:ind w:left="113"/>
        <w:jc w:val="both"/>
        <w:rPr>
          <w:lang w:val="ru-RU"/>
        </w:rPr>
      </w:pPr>
      <w:r w:rsidRPr="000C4118">
        <w:rPr>
          <w:b/>
          <w:i/>
          <w:iCs/>
          <w:lang w:val="ru-RU"/>
        </w:rPr>
        <w:t xml:space="preserve">Как правильно: </w:t>
      </w:r>
      <w:r w:rsidRPr="000C4118">
        <w:rPr>
          <w:i/>
          <w:iCs/>
          <w:lang w:val="ru-RU"/>
        </w:rPr>
        <w:t>Разделите</w:t>
      </w:r>
      <w:r w:rsidRPr="000C4118">
        <w:rPr>
          <w:i/>
          <w:iCs/>
          <w:lang w:val="ru-RU"/>
        </w:rPr>
        <w:t xml:space="preserve"> три вопроса: кто заказчик по договору, кто оплачивает и чьи персональные данные обрабатываются. Плательщик не всегда сторона договора или законный представитель. Для 14–17 лет проверьте допустимость самостоятельной сделки и полномочия на нужное согласие. </w:t>
      </w:r>
      <w:r w:rsidRPr="000C4118">
        <w:rPr>
          <w:i/>
          <w:iCs/>
          <w:lang w:val="ru-RU"/>
        </w:rPr>
        <w:t>Согласие родителя не требуется автоматически на каждое действие, но может потребоваться в конкретном процессе</w:t>
      </w:r>
      <w:r w:rsidRPr="000C4118">
        <w:rPr>
          <w:lang w:val="ru-RU"/>
        </w:rPr>
        <w:t>.</w:t>
      </w:r>
    </w:p>
    <w:p w:rsidR="00F148E0" w:rsidRPr="000C4118" w:rsidRDefault="00A44972">
      <w:pPr>
        <w:pStyle w:val="1"/>
        <w:spacing w:before="200" w:after="80"/>
        <w:rPr>
          <w:lang w:val="ru-RU"/>
        </w:rPr>
      </w:pPr>
      <w:r w:rsidRPr="000C4118">
        <w:rPr>
          <w:lang w:val="ru-RU"/>
        </w:rPr>
        <w:t>7. Есть ли дополнительные цели?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Записываю урок только для повторения учеником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Записываю уроки для своего анализа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Публикую фото, запись, </w:t>
      </w:r>
      <w:r w:rsidRPr="000C4118">
        <w:rPr>
          <w:lang w:val="ru-RU"/>
        </w:rPr>
        <w:t>имя, баллы ЕГЭ или узнаваемые кейсы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Публикую «анонимные» скриншоты отзывов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Отправляю рекламные сообщения бывшим ученикам</w:t>
      </w:r>
    </w:p>
    <w:p w:rsidR="000C4118" w:rsidRDefault="000C4118">
      <w:pPr>
        <w:spacing w:after="0"/>
        <w:ind w:left="113"/>
        <w:rPr>
          <w:b/>
          <w:lang w:val="ru-RU"/>
        </w:rPr>
      </w:pPr>
    </w:p>
    <w:p w:rsidR="00F148E0" w:rsidRPr="000C4118" w:rsidRDefault="00A44972" w:rsidP="000C4118">
      <w:pPr>
        <w:spacing w:before="60" w:after="140"/>
        <w:ind w:left="113"/>
        <w:jc w:val="both"/>
        <w:rPr>
          <w:i/>
          <w:iCs/>
          <w:lang w:val="ru-RU"/>
        </w:rPr>
      </w:pPr>
      <w:r w:rsidRPr="000C4118">
        <w:rPr>
          <w:b/>
          <w:i/>
          <w:iCs/>
          <w:lang w:val="ru-RU"/>
        </w:rPr>
        <w:t xml:space="preserve">Как правильно: </w:t>
      </w:r>
      <w:r w:rsidRPr="000C4118">
        <w:rPr>
          <w:i/>
          <w:iCs/>
          <w:lang w:val="ru-RU"/>
        </w:rPr>
        <w:t xml:space="preserve">У записи занятия должна быть определённая цель и правовое основание; уведомите участников об условиях. Публичная </w:t>
      </w:r>
      <w:r w:rsidRPr="000C4118">
        <w:rPr>
          <w:i/>
          <w:iCs/>
          <w:lang w:val="ru-RU"/>
        </w:rPr>
        <w:t>публикация идентифицируемых данных требует отдельной проверки, часто — специального согласия на распространение; изображение также защищено законом. Замазанная фамилия не гарантирует анонимности. Для рекламы требуется отдельное основание и соблюдение прави</w:t>
      </w:r>
      <w:r w:rsidRPr="000C4118">
        <w:rPr>
          <w:i/>
          <w:iCs/>
          <w:lang w:val="ru-RU"/>
        </w:rPr>
        <w:t>л рекламных сообщений.</w:t>
      </w:r>
    </w:p>
    <w:p w:rsidR="00F148E0" w:rsidRPr="000C4118" w:rsidRDefault="00A44972">
      <w:pPr>
        <w:pStyle w:val="1"/>
        <w:spacing w:before="200" w:after="80"/>
        <w:rPr>
          <w:lang w:val="ru-RU"/>
        </w:rPr>
      </w:pPr>
      <w:r w:rsidRPr="000C4118">
        <w:rPr>
          <w:lang w:val="ru-RU"/>
        </w:rPr>
        <w:t>8. Роскомнадзор: нужно ли уведомление?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Обрабатываю данные исключительно вручную на бумаге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Использую телефон, электронные таблицы, </w:t>
      </w:r>
      <w:r>
        <w:t>CRM</w:t>
      </w:r>
      <w:r w:rsidRPr="000C4118">
        <w:rPr>
          <w:lang w:val="ru-RU"/>
        </w:rPr>
        <w:t>, формы или цифровую переписку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Уведомление уже подава</w:t>
      </w:r>
      <w:proofErr w:type="gramStart"/>
      <w:r w:rsidRPr="000C4118">
        <w:rPr>
          <w:lang w:val="ru-RU"/>
        </w:rPr>
        <w:t>л(</w:t>
      </w:r>
      <w:proofErr w:type="gramEnd"/>
      <w:r w:rsidRPr="000C4118">
        <w:rPr>
          <w:lang w:val="ru-RU"/>
        </w:rPr>
        <w:t>а), но появились новые цели/сервисы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Работаю давно и не знаю, какую дату начала указывать</w:t>
      </w:r>
    </w:p>
    <w:p w:rsidR="000C4118" w:rsidRDefault="000C4118">
      <w:pPr>
        <w:spacing w:after="0"/>
        <w:ind w:left="113"/>
        <w:rPr>
          <w:b/>
          <w:lang w:val="ru-RU"/>
        </w:rPr>
      </w:pPr>
    </w:p>
    <w:p w:rsidR="00F148E0" w:rsidRPr="000C4118" w:rsidRDefault="00A44972" w:rsidP="000C4118">
      <w:pPr>
        <w:spacing w:before="60" w:after="140"/>
        <w:ind w:left="113"/>
        <w:jc w:val="both"/>
        <w:rPr>
          <w:lang w:val="ru-RU"/>
        </w:rPr>
      </w:pPr>
      <w:r w:rsidRPr="000C4118">
        <w:rPr>
          <w:b/>
          <w:i/>
          <w:iCs/>
          <w:lang w:val="ru-RU"/>
        </w:rPr>
        <w:t xml:space="preserve">Как правильно: </w:t>
      </w:r>
      <w:r w:rsidRPr="000C4118">
        <w:rPr>
          <w:i/>
          <w:iCs/>
          <w:lang w:val="ru-RU"/>
        </w:rPr>
        <w:t>При</w:t>
      </w:r>
      <w:r w:rsidRPr="000C4118">
        <w:rPr>
          <w:lang w:val="ru-RU"/>
        </w:rPr>
        <w:t xml:space="preserve"> </w:t>
      </w:r>
      <w:r w:rsidRPr="000C4118">
        <w:rPr>
          <w:i/>
          <w:iCs/>
          <w:lang w:val="ru-RU"/>
        </w:rPr>
        <w:t>исключительно неавтоматизированной обработке закон предусматривает исключение из предварительного уведомления. Если задействованы средства автоматизации, проверьте обязанность пода</w:t>
      </w:r>
      <w:r w:rsidRPr="000C4118">
        <w:rPr>
          <w:i/>
          <w:iCs/>
          <w:lang w:val="ru-RU"/>
        </w:rPr>
        <w:t>чи: самозанятость сама по себе не освобождает. Укажите реальную дату начала обработки, а не автоматически дату заявления; сведения должны соответствовать фактическим процессам. При изменениях проверьте необходимость обновления уведомления</w:t>
      </w:r>
      <w:r w:rsidRPr="000C4118">
        <w:rPr>
          <w:lang w:val="ru-RU"/>
        </w:rPr>
        <w:t>.</w:t>
      </w:r>
    </w:p>
    <w:p w:rsidR="00F148E0" w:rsidRPr="000C4118" w:rsidRDefault="00A44972">
      <w:pPr>
        <w:pStyle w:val="1"/>
        <w:spacing w:before="200" w:after="80"/>
        <w:rPr>
          <w:lang w:val="ru-RU"/>
        </w:rPr>
      </w:pPr>
      <w:r w:rsidRPr="000C4118">
        <w:rPr>
          <w:lang w:val="ru-RU"/>
        </w:rPr>
        <w:lastRenderedPageBreak/>
        <w:t>9. Сервисы и соц</w:t>
      </w:r>
      <w:r w:rsidRPr="000C4118">
        <w:rPr>
          <w:lang w:val="ru-RU"/>
        </w:rPr>
        <w:t>иальные сети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Принимаю заявки в </w:t>
      </w:r>
      <w:r>
        <w:t>Telegram</w:t>
      </w:r>
      <w:r w:rsidRPr="000C4118">
        <w:rPr>
          <w:lang w:val="ru-RU"/>
        </w:rPr>
        <w:t xml:space="preserve">, </w:t>
      </w:r>
      <w:r>
        <w:t>WhatsApp</w:t>
      </w:r>
      <w:r w:rsidRPr="000C4118">
        <w:rPr>
          <w:lang w:val="ru-RU"/>
        </w:rPr>
        <w:t xml:space="preserve"> или ВКонтакте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Использую чат-бот, агрегатор, форму записи или </w:t>
      </w:r>
      <w:r>
        <w:t>CRM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Храню данные в </w:t>
      </w:r>
      <w:r>
        <w:t>Google</w:t>
      </w:r>
      <w:r w:rsidRPr="000C4118">
        <w:rPr>
          <w:lang w:val="ru-RU"/>
        </w:rPr>
        <w:t xml:space="preserve"> Таблицах и облаках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Есть сайт с Яндекс Метрикой / </w:t>
      </w:r>
      <w:r>
        <w:t>cookie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Администратор</w:t>
      </w:r>
      <w:r w:rsidRPr="000C4118">
        <w:rPr>
          <w:lang w:val="ru-RU"/>
        </w:rPr>
        <w:t xml:space="preserve"> или помощник имеет доступ к ученикам</w:t>
      </w:r>
    </w:p>
    <w:p w:rsidR="000C4118" w:rsidRDefault="000C4118">
      <w:pPr>
        <w:spacing w:after="0"/>
        <w:ind w:left="113"/>
        <w:rPr>
          <w:b/>
          <w:lang w:val="ru-RU"/>
        </w:rPr>
      </w:pPr>
    </w:p>
    <w:p w:rsidR="00F148E0" w:rsidRPr="000C4118" w:rsidRDefault="00A44972" w:rsidP="000C4118">
      <w:pPr>
        <w:spacing w:before="60" w:after="140"/>
        <w:ind w:left="113"/>
        <w:jc w:val="both"/>
        <w:rPr>
          <w:lang w:val="ru-RU"/>
        </w:rPr>
      </w:pPr>
      <w:r w:rsidRPr="000C4118">
        <w:rPr>
          <w:b/>
          <w:i/>
          <w:iCs/>
          <w:color w:val="2799B1"/>
          <w:lang w:val="ru-RU"/>
        </w:rPr>
        <w:t xml:space="preserve">Как правильно: </w:t>
      </w:r>
      <w:r w:rsidRPr="000C4118">
        <w:rPr>
          <w:i/>
          <w:iCs/>
          <w:lang w:val="ru-RU"/>
        </w:rPr>
        <w:t xml:space="preserve">Отсутствие сайта не отменяет требований. Для ботов, форм и агрегаторов разберитесь, кто оператор и где хранятся данные. Для сайта и аналитики проверьте информирование, политику, основания обработки </w:t>
      </w:r>
      <w:r w:rsidRPr="000C4118">
        <w:rPr>
          <w:i/>
          <w:iCs/>
        </w:rPr>
        <w:t>cookie</w:t>
      </w:r>
      <w:r w:rsidRPr="000C4118">
        <w:rPr>
          <w:i/>
          <w:iCs/>
          <w:lang w:val="ru-RU"/>
        </w:rPr>
        <w:t xml:space="preserve"> и настройки счетчика. Доступ помощнику — только по необходимости, с закреплением соответствующих условий; иностранные сервисы требуют проверки режима передачи</w:t>
      </w:r>
      <w:r w:rsidRPr="000C4118">
        <w:rPr>
          <w:lang w:val="ru-RU"/>
        </w:rPr>
        <w:t>.</w:t>
      </w:r>
    </w:p>
    <w:p w:rsidR="00F148E0" w:rsidRPr="000C4118" w:rsidRDefault="00A44972">
      <w:pPr>
        <w:pStyle w:val="1"/>
        <w:spacing w:before="200" w:after="80"/>
        <w:rPr>
          <w:lang w:val="ru-RU"/>
        </w:rPr>
      </w:pPr>
      <w:r w:rsidRPr="000C4118">
        <w:rPr>
          <w:lang w:val="ru-RU"/>
        </w:rPr>
        <w:t>10. Защита, сроки хранения и удаление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Устройства защищены паролем; где возможно, включ</w:t>
      </w:r>
      <w:r w:rsidRPr="000C4118">
        <w:rPr>
          <w:lang w:val="ru-RU"/>
        </w:rPr>
        <w:t>ена двухфакторная аутентификация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Доступ к папкам и таблицам ограничен; публичные ссылки отключены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Я знаю, какие данные удалять после занятий, а какие хранить по закону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Я могу найти и рассмотреть запрос об исправлении / удалении</w:t>
      </w:r>
    </w:p>
    <w:p w:rsidR="00F148E0" w:rsidRPr="000C4118" w:rsidRDefault="00A44972">
      <w:pPr>
        <w:spacing w:after="20"/>
        <w:ind w:left="113"/>
        <w:rPr>
          <w:lang w:val="ru-RU"/>
        </w:rPr>
      </w:pPr>
      <w:r w:rsidRPr="000C4118">
        <w:rPr>
          <w:lang w:val="ru-RU"/>
        </w:rPr>
        <w:t>☐</w:t>
      </w:r>
      <w:r w:rsidRPr="000C4118">
        <w:rPr>
          <w:lang w:val="ru-RU"/>
        </w:rPr>
        <w:t xml:space="preserve">  Есть старые запи</w:t>
      </w:r>
      <w:r w:rsidRPr="000C4118">
        <w:rPr>
          <w:lang w:val="ru-RU"/>
        </w:rPr>
        <w:t>си и чаты, которые храню «на всякий случай»</w:t>
      </w:r>
    </w:p>
    <w:p w:rsidR="000C4118" w:rsidRDefault="000C4118" w:rsidP="000C4118">
      <w:pPr>
        <w:spacing w:after="0"/>
        <w:ind w:left="113"/>
        <w:jc w:val="both"/>
        <w:rPr>
          <w:b/>
          <w:i/>
          <w:iCs/>
          <w:lang w:val="ru-RU"/>
        </w:rPr>
      </w:pPr>
    </w:p>
    <w:p w:rsidR="00F148E0" w:rsidRPr="000C4118" w:rsidRDefault="00A44972" w:rsidP="000C4118">
      <w:pPr>
        <w:spacing w:before="60" w:after="140"/>
        <w:ind w:left="113"/>
        <w:jc w:val="both"/>
        <w:rPr>
          <w:lang w:val="ru-RU"/>
        </w:rPr>
      </w:pPr>
      <w:r w:rsidRPr="000C4118">
        <w:rPr>
          <w:b/>
          <w:i/>
          <w:iCs/>
          <w:color w:val="2799B1"/>
          <w:lang w:val="ru-RU"/>
        </w:rPr>
        <w:t xml:space="preserve">Как правильно: </w:t>
      </w:r>
      <w:r w:rsidRPr="000C4118">
        <w:rPr>
          <w:i/>
          <w:iCs/>
          <w:lang w:val="ru-RU"/>
        </w:rPr>
        <w:t>Проверьте доступы и уберите лишние копии. Для каждого вида данных задайте разумный срок/условие хранения с учетом закона. При запросе на удаление проверьте личность и полномочия заявителя, а затем</w:t>
      </w:r>
      <w:r w:rsidRPr="000C4118">
        <w:rPr>
          <w:i/>
          <w:iCs/>
          <w:lang w:val="ru-RU"/>
        </w:rPr>
        <w:t xml:space="preserve"> определите, какие сведения подлежат удалению и какие требуется сохранить по законным основаниям</w:t>
      </w:r>
      <w:r w:rsidRPr="000C4118">
        <w:rPr>
          <w:lang w:val="ru-RU"/>
        </w:rPr>
        <w:t>.</w:t>
      </w:r>
    </w:p>
    <w:p w:rsidR="000C4118" w:rsidRDefault="000C4118">
      <w:pPr>
        <w:pStyle w:val="af5"/>
        <w:spacing w:after="0"/>
        <w:rPr>
          <w:lang w:val="ru-RU"/>
        </w:rPr>
      </w:pPr>
    </w:p>
    <w:p w:rsidR="00F148E0" w:rsidRPr="000C3C36" w:rsidRDefault="00A44972" w:rsidP="000C3C36">
      <w:pPr>
        <w:spacing w:before="60" w:after="140"/>
        <w:ind w:left="113"/>
        <w:jc w:val="center"/>
        <w:rPr>
          <w:b/>
          <w:i/>
          <w:iCs/>
          <w:color w:val="2799B1"/>
          <w:lang w:val="ru-RU"/>
        </w:rPr>
      </w:pPr>
      <w:r w:rsidRPr="000C3C36">
        <w:rPr>
          <w:b/>
          <w:i/>
          <w:iCs/>
          <w:color w:val="2799B1"/>
          <w:lang w:val="ru-RU"/>
        </w:rPr>
        <w:t>Важно: чек-лист предназначен для типовой самостоятельной работы репетитора и не заменяет индивидуальную правовую оценку. Проверяйте актуальность законодатель</w:t>
      </w:r>
      <w:r w:rsidRPr="000C3C36">
        <w:rPr>
          <w:b/>
          <w:i/>
          <w:iCs/>
          <w:color w:val="2799B1"/>
          <w:lang w:val="ru-RU"/>
        </w:rPr>
        <w:t>ства и фактические условия использования сервисов.</w:t>
      </w:r>
    </w:p>
    <w:sectPr w:rsidR="00F148E0" w:rsidRPr="000C3C36" w:rsidSect="00034616">
      <w:headerReference w:type="default" r:id="rId8"/>
      <w:pgSz w:w="12240" w:h="15840"/>
      <w:pgMar w:top="935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972" w:rsidRDefault="00A44972" w:rsidP="008B713B">
      <w:pPr>
        <w:spacing w:after="0" w:line="240" w:lineRule="auto"/>
      </w:pPr>
      <w:r>
        <w:separator/>
      </w:r>
    </w:p>
  </w:endnote>
  <w:endnote w:type="continuationSeparator" w:id="0">
    <w:p w:rsidR="00A44972" w:rsidRDefault="00A44972" w:rsidP="008B7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972" w:rsidRDefault="00A44972" w:rsidP="008B713B">
      <w:pPr>
        <w:spacing w:after="0" w:line="240" w:lineRule="auto"/>
      </w:pPr>
      <w:r>
        <w:separator/>
      </w:r>
    </w:p>
  </w:footnote>
  <w:footnote w:type="continuationSeparator" w:id="0">
    <w:p w:rsidR="00A44972" w:rsidRDefault="00A44972" w:rsidP="008B7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13B" w:rsidRDefault="008B713B" w:rsidP="008B713B">
    <w:pPr>
      <w:pStyle w:val="aff8"/>
      <w:spacing w:before="0" w:beforeAutospacing="0" w:after="0" w:afterAutospacing="0"/>
      <w:contextualSpacing/>
      <w:jc w:val="both"/>
      <w:rPr>
        <w:color w:val="BFBFBF" w:themeColor="background1" w:themeShade="BF"/>
        <w:sz w:val="18"/>
        <w:szCs w:val="18"/>
      </w:rPr>
    </w:pPr>
    <w:r w:rsidRPr="00BA515F">
      <w:rPr>
        <w:color w:val="2799B1"/>
        <w:sz w:val="15"/>
        <w:szCs w:val="18"/>
      </w:rPr>
      <w:t>© SIMON GROUP • Chattern  2026.</w:t>
    </w:r>
  </w:p>
  <w:p w:rsidR="008B713B" w:rsidRPr="00BA515F" w:rsidRDefault="008B713B" w:rsidP="008B713B">
    <w:pPr>
      <w:pStyle w:val="aff8"/>
      <w:spacing w:before="0" w:beforeAutospacing="0" w:after="0" w:afterAutospacing="0"/>
      <w:contextualSpacing/>
      <w:jc w:val="both"/>
      <w:rPr>
        <w:color w:val="BFBFBF" w:themeColor="background1" w:themeShade="BF"/>
        <w:sz w:val="18"/>
        <w:szCs w:val="18"/>
      </w:rPr>
    </w:pPr>
    <w:r w:rsidRPr="00BA515F">
      <w:rPr>
        <w:color w:val="2799B1"/>
        <w:sz w:val="15"/>
        <w:szCs w:val="18"/>
      </w:rPr>
      <w:t>Документ подготовлен по состоянию на</w:t>
    </w:r>
    <w:r w:rsidRPr="00BA515F">
      <w:rPr>
        <w:rStyle w:val="apple-converted-space"/>
        <w:color w:val="2799B1"/>
        <w:sz w:val="15"/>
        <w:szCs w:val="18"/>
      </w:rPr>
      <w:t> </w:t>
    </w:r>
    <w:r w:rsidR="000C3C36">
      <w:rPr>
        <w:rStyle w:val="af6"/>
        <w:color w:val="2799B1"/>
        <w:sz w:val="15"/>
        <w:szCs w:val="18"/>
      </w:rPr>
      <w:t>26</w:t>
    </w:r>
    <w:r w:rsidRPr="00BA515F">
      <w:rPr>
        <w:rStyle w:val="af6"/>
        <w:color w:val="2799B1"/>
        <w:sz w:val="15"/>
        <w:szCs w:val="18"/>
      </w:rPr>
      <w:t xml:space="preserve"> октября 2026 года</w:t>
    </w:r>
    <w:r w:rsidRPr="00BA515F">
      <w:rPr>
        <w:rStyle w:val="apple-converted-space"/>
        <w:color w:val="2799B1"/>
        <w:sz w:val="15"/>
        <w:szCs w:val="18"/>
      </w:rPr>
      <w:t> </w:t>
    </w:r>
    <w:r w:rsidRPr="00BA515F">
      <w:rPr>
        <w:color w:val="2799B1"/>
        <w:sz w:val="15"/>
        <w:szCs w:val="18"/>
      </w:rPr>
      <w:t>и предназначен для личного использования в профессиональной деятельности репетитора. Документ носит типовой характер и перед применением требует адаптации с учётом особенностей вашей деятельности, а также проверки актуальности законодательства Российской Федерации</w:t>
    </w:r>
  </w:p>
  <w:p w:rsidR="008B713B" w:rsidRPr="008B713B" w:rsidRDefault="008B713B">
    <w:pPr>
      <w:pStyle w:val="a5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0C3C36"/>
    <w:rsid w:val="000C4118"/>
    <w:rsid w:val="0015074B"/>
    <w:rsid w:val="0029639D"/>
    <w:rsid w:val="00326F90"/>
    <w:rsid w:val="006B19EE"/>
    <w:rsid w:val="008B713B"/>
    <w:rsid w:val="00A44972"/>
    <w:rsid w:val="00AA1D8D"/>
    <w:rsid w:val="00B47730"/>
    <w:rsid w:val="00BE7302"/>
    <w:rsid w:val="00CB0664"/>
    <w:rsid w:val="00F148E0"/>
    <w:rsid w:val="00FA0266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40" w:line="259" w:lineRule="auto"/>
    </w:pPr>
    <w:rPr>
      <w:rFonts w:ascii="Arial" w:hAnsi="Arial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799B1"/>
      <w:sz w:val="2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799B1"/>
      <w:spacing w:val="5"/>
      <w:kern w:val="28"/>
      <w:sz w:val="34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8B7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2"/>
    <w:rsid w:val="008B71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43CA38-62F3-49A0-AE04-86C79EEF4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7089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Natalia Onuchak</cp:lastModifiedBy>
  <cp:revision>4</cp:revision>
  <dcterms:created xsi:type="dcterms:W3CDTF">2026-10-20T15:44:00Z</dcterms:created>
  <dcterms:modified xsi:type="dcterms:W3CDTF">2026-10-26T13:22:00Z</dcterms:modified>
  <cp:category/>
</cp:coreProperties>
</file>