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0DE" w:rsidRPr="00B75ABE" w:rsidRDefault="00E72CF0" w:rsidP="00B75ABE">
      <w:pPr>
        <w:pStyle w:val="aa"/>
        <w:pBdr>
          <w:bottom w:val="single" w:sz="12" w:space="1" w:color="FF852B"/>
        </w:pBdr>
        <w:jc w:val="center"/>
        <w:rPr>
          <w:color w:val="2799B1"/>
          <w:lang w:val="ru-RU"/>
        </w:rPr>
      </w:pPr>
      <w:r w:rsidRPr="00B75ABE">
        <w:rPr>
          <w:color w:val="2799B1"/>
          <w:lang w:val="ru-RU"/>
        </w:rPr>
        <w:t>Раздел договора о персональных данных</w:t>
      </w:r>
    </w:p>
    <w:p w:rsidR="00AA03A7" w:rsidRPr="00B75ABE" w:rsidRDefault="00E72CF0" w:rsidP="001720DE">
      <w:pPr>
        <w:pStyle w:val="1"/>
        <w:jc w:val="center"/>
        <w:rPr>
          <w:color w:val="2799B1"/>
          <w:lang w:val="ru-RU"/>
        </w:rPr>
      </w:pPr>
      <w:r w:rsidRPr="00B75ABE">
        <w:rPr>
          <w:color w:val="2799B1"/>
          <w:lang w:val="ru-RU"/>
        </w:rPr>
        <w:t xml:space="preserve">Персональные данные </w:t>
      </w:r>
      <w:r w:rsidR="00B75ABE">
        <w:rPr>
          <w:color w:val="2799B1"/>
          <w:lang w:val="ru-RU"/>
        </w:rPr>
        <w:t>для</w:t>
      </w:r>
      <w:r w:rsidRPr="00B75ABE">
        <w:rPr>
          <w:color w:val="2799B1"/>
          <w:lang w:val="ru-RU"/>
        </w:rPr>
        <w:t xml:space="preserve"> организации занятий</w:t>
      </w:r>
    </w:p>
    <w:p w:rsidR="000C390F" w:rsidRPr="000C390F" w:rsidRDefault="000C390F" w:rsidP="000C390F">
      <w:pPr>
        <w:rPr>
          <w:lang w:val="ru-RU"/>
        </w:rPr>
      </w:pPr>
    </w:p>
    <w:p w:rsidR="00AA03A7" w:rsidRPr="001720DE" w:rsidRDefault="00E72CF0" w:rsidP="001720DE">
      <w:pPr>
        <w:pStyle w:val="a"/>
        <w:jc w:val="both"/>
        <w:rPr>
          <w:lang w:val="ru-RU"/>
        </w:rPr>
      </w:pPr>
      <w:r w:rsidRPr="001720DE">
        <w:rPr>
          <w:lang w:val="ru-RU"/>
        </w:rPr>
        <w:t xml:space="preserve">Для заключения и исполнения договора Исполнитель обрабатывает персональные данные Заказчика: </w:t>
      </w:r>
      <w:r w:rsidRPr="001720DE">
        <w:rPr>
          <w:b/>
          <w:bCs/>
          <w:color w:val="80BDC8"/>
          <w:lang w:val="ru-RU"/>
        </w:rPr>
        <w:t xml:space="preserve">[имя, контактный телефон, </w:t>
      </w:r>
      <w:r w:rsidRPr="001720DE">
        <w:rPr>
          <w:b/>
          <w:bCs/>
          <w:color w:val="80BDC8"/>
        </w:rPr>
        <w:t>email</w:t>
      </w:r>
      <w:r w:rsidRPr="001720DE">
        <w:rPr>
          <w:b/>
          <w:bCs/>
          <w:color w:val="80BDC8"/>
          <w:lang w:val="ru-RU"/>
        </w:rPr>
        <w:t xml:space="preserve"> при наличии, сведения о записи и оплате],</w:t>
      </w:r>
      <w:r w:rsidRPr="001720DE">
        <w:rPr>
          <w:color w:val="80BDC8"/>
          <w:lang w:val="ru-RU"/>
        </w:rPr>
        <w:t xml:space="preserve"> </w:t>
      </w:r>
      <w:r w:rsidRPr="001720DE">
        <w:rPr>
          <w:lang w:val="ru-RU"/>
        </w:rPr>
        <w:t xml:space="preserve">а также минимально необходимые сведения об Ученике: </w:t>
      </w:r>
      <w:r w:rsidRPr="001720DE">
        <w:rPr>
          <w:b/>
          <w:bCs/>
          <w:color w:val="80BDC8"/>
          <w:lang w:val="ru-RU"/>
        </w:rPr>
        <w:t>[имя, класс/уровень, учебные цели, расписание, результаты заданий].</w:t>
      </w:r>
    </w:p>
    <w:p w:rsidR="00AA03A7" w:rsidRPr="001720DE" w:rsidRDefault="00E72CF0" w:rsidP="001720DE">
      <w:pPr>
        <w:pStyle w:val="a"/>
        <w:jc w:val="both"/>
        <w:rPr>
          <w:lang w:val="ru-RU"/>
        </w:rPr>
      </w:pPr>
      <w:r w:rsidRPr="001720DE">
        <w:rPr>
          <w:lang w:val="ru-RU"/>
        </w:rPr>
        <w:t>Обработка осуществляется для согласования и проведения занятий, ведения расписания, передачи заданий и обратной связи, расчетов, исполнения требований закона и защиты прав по договору. Правовыми основаниями являются применимые положения законодательства, в том числе исполнение договора с субъектом или договора, по которому субъект является выгодоприобретателем, и выполнение обязанностей, установленных законом.</w:t>
      </w:r>
    </w:p>
    <w:p w:rsidR="00AA03A7" w:rsidRPr="001720DE" w:rsidRDefault="00E72CF0" w:rsidP="001720DE">
      <w:pPr>
        <w:pStyle w:val="a"/>
        <w:jc w:val="both"/>
        <w:rPr>
          <w:lang w:val="ru-RU"/>
        </w:rPr>
      </w:pPr>
      <w:r w:rsidRPr="001720DE">
        <w:rPr>
          <w:lang w:val="ru-RU"/>
        </w:rPr>
        <w:t xml:space="preserve">Стороны согласовали организационные каналы связи: </w:t>
      </w:r>
      <w:r w:rsidRPr="001720DE">
        <w:rPr>
          <w:b/>
          <w:bCs/>
          <w:color w:val="80BDC8"/>
          <w:lang w:val="ru-RU"/>
        </w:rPr>
        <w:t xml:space="preserve">[телефон, </w:t>
      </w:r>
      <w:r w:rsidRPr="001720DE">
        <w:rPr>
          <w:b/>
          <w:bCs/>
          <w:color w:val="80BDC8"/>
        </w:rPr>
        <w:t>email</w:t>
      </w:r>
      <w:r w:rsidRPr="001720DE">
        <w:rPr>
          <w:b/>
          <w:bCs/>
          <w:color w:val="80BDC8"/>
          <w:lang w:val="ru-RU"/>
        </w:rPr>
        <w:t xml:space="preserve">, название мессенджера]. </w:t>
      </w:r>
    </w:p>
    <w:p w:rsidR="00AA03A7" w:rsidRPr="001720DE" w:rsidRDefault="00E72CF0" w:rsidP="001720DE">
      <w:pPr>
        <w:pStyle w:val="a"/>
        <w:jc w:val="both"/>
        <w:rPr>
          <w:lang w:val="ru-RU"/>
        </w:rPr>
      </w:pPr>
      <w:r w:rsidRPr="001720DE">
        <w:rPr>
          <w:lang w:val="ru-RU"/>
        </w:rPr>
        <w:t>Исполнитель обрабатывает данные только в необходимом объёме, ограничивает доступ к ним и обеспечивает предусмотренные законом меры защиты</w:t>
      </w:r>
      <w:r w:rsidR="001720DE">
        <w:rPr>
          <w:lang w:val="ru-RU"/>
        </w:rPr>
        <w:t xml:space="preserve">. </w:t>
      </w:r>
    </w:p>
    <w:p w:rsidR="00AA03A7" w:rsidRPr="001720DE" w:rsidRDefault="00E72CF0" w:rsidP="001720DE">
      <w:pPr>
        <w:pStyle w:val="a"/>
        <w:jc w:val="both"/>
        <w:rPr>
          <w:lang w:val="ru-RU"/>
        </w:rPr>
      </w:pPr>
      <w:r w:rsidRPr="001720DE">
        <w:rPr>
          <w:lang w:val="ru-RU"/>
        </w:rPr>
        <w:t>После завершения занятий данные удаляются либо обезличиваются при достижении целей в установленные законом сроки, за исключением информации, сохраняемой на самостоятельном законном основании (например, для выполнения обязательств по налоговому законодательству или защиты прав по договору).</w:t>
      </w:r>
    </w:p>
    <w:p w:rsidR="00AA03A7" w:rsidRPr="001720DE" w:rsidRDefault="00E72CF0" w:rsidP="001720DE">
      <w:pPr>
        <w:pStyle w:val="a"/>
        <w:jc w:val="both"/>
        <w:rPr>
          <w:lang w:val="ru-RU"/>
        </w:rPr>
      </w:pPr>
      <w:r w:rsidRPr="001720DE">
        <w:rPr>
          <w:lang w:val="ru-RU"/>
        </w:rPr>
        <w:t xml:space="preserve">Запросы об обработке данных направляются Исполнителю по адресу </w:t>
      </w:r>
      <w:r w:rsidRPr="001720DE">
        <w:rPr>
          <w:b/>
          <w:bCs/>
          <w:color w:val="80BDC8"/>
          <w:lang w:val="ru-RU"/>
        </w:rPr>
        <w:t>[</w:t>
      </w:r>
      <w:r w:rsidRPr="001720DE">
        <w:rPr>
          <w:b/>
          <w:bCs/>
          <w:color w:val="80BDC8"/>
        </w:rPr>
        <w:t>email</w:t>
      </w:r>
      <w:r w:rsidRPr="001720DE">
        <w:rPr>
          <w:b/>
          <w:bCs/>
          <w:color w:val="80BDC8"/>
          <w:lang w:val="ru-RU"/>
        </w:rPr>
        <w:t>/почтовый адрес].</w:t>
      </w:r>
      <w:r w:rsidRPr="001720DE">
        <w:rPr>
          <w:color w:val="80BDC8"/>
          <w:lang w:val="ru-RU"/>
        </w:rPr>
        <w:t xml:space="preserve"> </w:t>
      </w:r>
      <w:r w:rsidRPr="001720DE">
        <w:rPr>
          <w:lang w:val="ru-RU"/>
        </w:rPr>
        <w:t>Сведения о несовершеннолетнем предоставляются и права осуществляются с учетом возраста, характера правоотношений и полномочий законных представителей.</w:t>
      </w:r>
    </w:p>
    <w:sectPr w:rsidR="00AA03A7" w:rsidRPr="001720DE" w:rsidSect="00915AA6">
      <w:headerReference w:type="first" r:id="rId8"/>
      <w:pgSz w:w="12240" w:h="15840"/>
      <w:pgMar w:top="1020" w:right="1191" w:bottom="1020" w:left="1247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AED" w:rsidRDefault="001B2AED" w:rsidP="00915AA6">
      <w:pPr>
        <w:spacing w:after="0" w:line="240" w:lineRule="auto"/>
      </w:pPr>
      <w:r>
        <w:separator/>
      </w:r>
    </w:p>
  </w:endnote>
  <w:endnote w:type="continuationSeparator" w:id="0">
    <w:p w:rsidR="001B2AED" w:rsidRDefault="001B2AED" w:rsidP="00915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AED" w:rsidRDefault="001B2AED" w:rsidP="00915AA6">
      <w:pPr>
        <w:spacing w:after="0" w:line="240" w:lineRule="auto"/>
      </w:pPr>
      <w:r>
        <w:separator/>
      </w:r>
    </w:p>
  </w:footnote>
  <w:footnote w:type="continuationSeparator" w:id="0">
    <w:p w:rsidR="001B2AED" w:rsidRDefault="001B2AED" w:rsidP="00915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A6" w:rsidRPr="001720DE" w:rsidRDefault="00915AA6" w:rsidP="00915AA6">
    <w:pPr>
      <w:jc w:val="both"/>
      <w:rPr>
        <w:i/>
        <w:iCs/>
        <w:color w:val="152C45"/>
        <w:sz w:val="20"/>
        <w:szCs w:val="21"/>
        <w:lang w:val="ru-RU"/>
      </w:rPr>
    </w:pPr>
    <w:r w:rsidRPr="001720DE">
      <w:rPr>
        <w:b/>
        <w:bCs/>
        <w:i/>
        <w:iCs/>
        <w:color w:val="152C45"/>
        <w:sz w:val="20"/>
        <w:szCs w:val="21"/>
        <w:lang w:val="ru-RU"/>
      </w:rPr>
      <w:t>Когда использовать</w:t>
    </w:r>
    <w:r>
      <w:rPr>
        <w:b/>
        <w:bCs/>
        <w:i/>
        <w:iCs/>
        <w:color w:val="152C45"/>
        <w:sz w:val="20"/>
        <w:szCs w:val="21"/>
        <w:lang w:val="ru-RU"/>
      </w:rPr>
      <w:t xml:space="preserve">: </w:t>
    </w:r>
  </w:p>
  <w:p w:rsidR="00915AA6" w:rsidRDefault="00915AA6" w:rsidP="00915AA6">
    <w:pPr>
      <w:jc w:val="both"/>
      <w:rPr>
        <w:i/>
        <w:iCs/>
        <w:sz w:val="20"/>
        <w:szCs w:val="21"/>
        <w:lang w:val="ru-RU"/>
      </w:rPr>
    </w:pPr>
    <w:r w:rsidRPr="001720DE">
      <w:rPr>
        <w:i/>
        <w:iCs/>
        <w:sz w:val="20"/>
        <w:szCs w:val="21"/>
        <w:lang w:val="ru-RU"/>
      </w:rPr>
      <w:t>В договоре с совершеннолетним учеником или с родителем - заказчиком занятий. Этот раздел не является самостоятельным согласием и не заменяет политику и уведомление РКН.</w:t>
    </w:r>
  </w:p>
  <w:p w:rsidR="00915AA6" w:rsidRPr="00B75ABE" w:rsidRDefault="00915AA6" w:rsidP="00915AA6">
    <w:pPr>
      <w:pStyle w:val="1"/>
      <w:jc w:val="both"/>
      <w:rPr>
        <w:rFonts w:ascii="Arial" w:hAnsi="Arial" w:cs="Arial"/>
        <w:i/>
        <w:iCs/>
        <w:sz w:val="20"/>
        <w:szCs w:val="20"/>
        <w:lang w:val="ru-RU"/>
      </w:rPr>
    </w:pPr>
    <w:r w:rsidRPr="00B75ABE">
      <w:rPr>
        <w:rFonts w:ascii="Arial" w:hAnsi="Arial" w:cs="Arial"/>
        <w:i/>
        <w:iCs/>
        <w:sz w:val="20"/>
        <w:szCs w:val="20"/>
        <w:lang w:val="ru-RU"/>
      </w:rPr>
      <w:t xml:space="preserve">Перед подписанием: </w:t>
    </w:r>
  </w:p>
  <w:p w:rsidR="00915AA6" w:rsidRPr="001720DE" w:rsidRDefault="00915AA6" w:rsidP="00915AA6">
    <w:pPr>
      <w:pStyle w:val="a0"/>
      <w:jc w:val="both"/>
      <w:rPr>
        <w:rFonts w:cs="Arial"/>
        <w:i/>
        <w:iCs/>
        <w:sz w:val="20"/>
        <w:szCs w:val="20"/>
        <w:lang w:val="ru-RU"/>
      </w:rPr>
    </w:pPr>
    <w:r w:rsidRPr="001720DE">
      <w:rPr>
        <w:rFonts w:cs="Arial"/>
        <w:i/>
        <w:iCs/>
        <w:sz w:val="20"/>
        <w:szCs w:val="20"/>
        <w:lang w:val="ru-RU"/>
      </w:rPr>
      <w:t>Если родитель заключает договор и оплачивает уроки, укажите родителя как Заказчика, ребёнка как Ученика; данные каждого лица оцениваются отдельно.</w:t>
    </w:r>
  </w:p>
  <w:p w:rsidR="00915AA6" w:rsidRPr="001720DE" w:rsidRDefault="00915AA6" w:rsidP="00915AA6">
    <w:pPr>
      <w:pStyle w:val="a0"/>
      <w:jc w:val="both"/>
      <w:rPr>
        <w:rFonts w:cs="Arial"/>
        <w:i/>
        <w:iCs/>
        <w:sz w:val="20"/>
        <w:szCs w:val="20"/>
        <w:lang w:val="ru-RU"/>
      </w:rPr>
    </w:pPr>
    <w:r w:rsidRPr="001720DE">
      <w:rPr>
        <w:rFonts w:cs="Arial"/>
        <w:i/>
        <w:iCs/>
        <w:sz w:val="20"/>
        <w:szCs w:val="20"/>
        <w:lang w:val="ru-RU"/>
      </w:rPr>
      <w:t>Если ученик 14–17 лет заключает договор сам, проверьте допустимость конкретной сделки и необходимость участия законного представителя.</w:t>
    </w:r>
  </w:p>
  <w:p w:rsidR="00915AA6" w:rsidRDefault="00915AA6" w:rsidP="00915AA6">
    <w:pPr>
      <w:pStyle w:val="a0"/>
      <w:jc w:val="both"/>
      <w:rPr>
        <w:rFonts w:cs="Arial"/>
        <w:i/>
        <w:iCs/>
        <w:sz w:val="20"/>
        <w:szCs w:val="20"/>
        <w:lang w:val="ru-RU"/>
      </w:rPr>
    </w:pPr>
    <w:r w:rsidRPr="001720DE">
      <w:rPr>
        <w:rFonts w:cs="Arial"/>
        <w:i/>
        <w:iCs/>
        <w:sz w:val="20"/>
        <w:szCs w:val="20"/>
        <w:lang w:val="ru-RU"/>
      </w:rPr>
      <w:t>Не пишите «Заказчик согласен на любую обработку»: информационный раздел договора не подменяет отдельное согласие.</w:t>
    </w:r>
  </w:p>
  <w:p w:rsidR="00915AA6" w:rsidRPr="00915AA6" w:rsidRDefault="00915AA6">
    <w:pPr>
      <w:pStyle w:val="a5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C390F"/>
    <w:rsid w:val="0015074B"/>
    <w:rsid w:val="001720DE"/>
    <w:rsid w:val="001B2AED"/>
    <w:rsid w:val="0029639D"/>
    <w:rsid w:val="00326F90"/>
    <w:rsid w:val="003D1AB8"/>
    <w:rsid w:val="004B13A3"/>
    <w:rsid w:val="005C5102"/>
    <w:rsid w:val="00772718"/>
    <w:rsid w:val="008A58F1"/>
    <w:rsid w:val="00915AA6"/>
    <w:rsid w:val="00AA03A7"/>
    <w:rsid w:val="00AA1D8D"/>
    <w:rsid w:val="00B47730"/>
    <w:rsid w:val="00B75ABE"/>
    <w:rsid w:val="00BE7302"/>
    <w:rsid w:val="00CB0664"/>
    <w:rsid w:val="00E72CF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4052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4052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84052"/>
      <w:spacing w:val="5"/>
      <w:kern w:val="28"/>
      <w:sz w:val="36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F88C86-B99A-4C66-A4D7-DF0C0CDC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Natalia Onuchak</cp:lastModifiedBy>
  <cp:revision>2</cp:revision>
  <dcterms:created xsi:type="dcterms:W3CDTF">2026-10-26T13:48:00Z</dcterms:created>
  <dcterms:modified xsi:type="dcterms:W3CDTF">2026-10-26T13:48:00Z</dcterms:modified>
</cp:coreProperties>
</file>