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F28" w:rsidRPr="00CB4A2F" w:rsidRDefault="00384F28" w:rsidP="00CB4A2F">
      <w:pPr>
        <w:pBdr>
          <w:bottom w:val="single" w:sz="12" w:space="1" w:color="FF852B"/>
        </w:pBdr>
        <w:jc w:val="center"/>
        <w:rPr>
          <w:rFonts w:ascii="Cambria" w:eastAsiaTheme="majorEastAsia" w:hAnsi="Cambria" w:cstheme="majorBidi"/>
          <w:b/>
          <w:bCs/>
          <w:color w:val="2799B1"/>
          <w:spacing w:val="5"/>
          <w:kern w:val="28"/>
          <w:sz w:val="32"/>
          <w:szCs w:val="56"/>
          <w:lang w:val="ru-RU"/>
        </w:rPr>
      </w:pPr>
      <w:r w:rsidRPr="00CB4A2F">
        <w:rPr>
          <w:rFonts w:ascii="Cambria" w:eastAsiaTheme="majorEastAsia" w:hAnsi="Cambria" w:cstheme="majorBidi"/>
          <w:b/>
          <w:bCs/>
          <w:color w:val="2799B1"/>
          <w:spacing w:val="5"/>
          <w:kern w:val="28"/>
          <w:sz w:val="32"/>
          <w:szCs w:val="56"/>
          <w:lang w:val="ru-RU"/>
        </w:rPr>
        <w:t>Согласие на обработку персональных данных, разрешенных для распространения</w:t>
      </w:r>
    </w:p>
    <w:p w:rsidR="00384F28" w:rsidRPr="00384F28" w:rsidRDefault="00384F28" w:rsidP="00384F28">
      <w:pPr>
        <w:jc w:val="both"/>
        <w:rPr>
          <w:rFonts w:asciiTheme="minorHAnsi" w:hAnsiTheme="minorHAnsi"/>
          <w:sz w:val="20"/>
          <w:szCs w:val="20"/>
          <w:lang w:val="ru-RU"/>
        </w:rPr>
      </w:pPr>
    </w:p>
    <w:p w:rsidR="00384F28" w:rsidRPr="00384F28" w:rsidRDefault="00EA11FF" w:rsidP="00384F28">
      <w:pPr>
        <w:pStyle w:val="ae"/>
        <w:numPr>
          <w:ilvl w:val="0"/>
          <w:numId w:val="12"/>
        </w:num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>Субъект персональных данных:</w:t>
      </w:r>
    </w:p>
    <w:p w:rsidR="00384F28" w:rsidRPr="00384F28" w:rsidRDefault="00EA11FF" w:rsidP="00384F28">
      <w:pPr>
        <w:jc w:val="both"/>
        <w:rPr>
          <w:rFonts w:asciiTheme="minorHAnsi" w:hAnsiTheme="minorHAnsi"/>
          <w:color w:val="80BDC8"/>
          <w:sz w:val="20"/>
          <w:szCs w:val="20"/>
          <w:lang w:val="ru-RU"/>
        </w:rPr>
      </w:pP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[ФИО ученика / родителя / иного лица]. </w:t>
      </w:r>
    </w:p>
    <w:p w:rsidR="0047743B" w:rsidRPr="00384F28" w:rsidRDefault="00EA11FF" w:rsidP="00384F28">
      <w:pPr>
        <w:jc w:val="both"/>
        <w:rPr>
          <w:rFonts w:asciiTheme="minorHAnsi" w:hAnsiTheme="minorHAnsi"/>
          <w:color w:val="80BDC8"/>
          <w:sz w:val="20"/>
          <w:szCs w:val="20"/>
          <w:lang w:val="ru-RU"/>
        </w:rPr>
      </w:pP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Контакт для обращения: [телефон / </w:t>
      </w:r>
      <w:r w:rsidRPr="00384F28">
        <w:rPr>
          <w:rFonts w:asciiTheme="minorHAnsi" w:hAnsiTheme="minorHAnsi"/>
          <w:color w:val="80BDC8"/>
          <w:sz w:val="20"/>
          <w:szCs w:val="20"/>
        </w:rPr>
        <w:t>e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>-</w:t>
      </w:r>
      <w:r w:rsidRPr="00384F28">
        <w:rPr>
          <w:rFonts w:asciiTheme="minorHAnsi" w:hAnsiTheme="minorHAnsi"/>
          <w:color w:val="80BDC8"/>
          <w:sz w:val="20"/>
          <w:szCs w:val="20"/>
        </w:rPr>
        <w:t>mail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 / почтовый адрес].</w:t>
      </w:r>
    </w:p>
    <w:p w:rsidR="00384F28" w:rsidRPr="00384F28" w:rsidRDefault="00EA11FF" w:rsidP="00384F28">
      <w:pPr>
        <w:pStyle w:val="ae"/>
        <w:numPr>
          <w:ilvl w:val="0"/>
          <w:numId w:val="12"/>
        </w:num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 xml:space="preserve">Лицо, предоставляющее согласие: </w:t>
      </w:r>
    </w:p>
    <w:p w:rsidR="00384F28" w:rsidRPr="00384F28" w:rsidRDefault="00EA11FF" w:rsidP="00384F28">
      <w:pPr>
        <w:jc w:val="both"/>
        <w:rPr>
          <w:rFonts w:asciiTheme="minorHAnsi" w:hAnsiTheme="minorHAnsi"/>
          <w:color w:val="80BDC8"/>
          <w:sz w:val="20"/>
          <w:szCs w:val="20"/>
          <w:lang w:val="ru-RU"/>
        </w:rPr>
      </w:pP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[ФИО субъекта] / [ФИО законного представителя, статус, основание полномочий]. </w:t>
      </w:r>
    </w:p>
    <w:p w:rsidR="00384F28" w:rsidRPr="00384F28" w:rsidRDefault="00EA11FF" w:rsidP="00384F28">
      <w:pPr>
        <w:pStyle w:val="ae"/>
        <w:numPr>
          <w:ilvl w:val="0"/>
          <w:numId w:val="12"/>
        </w:num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 xml:space="preserve">Оператор: </w:t>
      </w:r>
    </w:p>
    <w:p w:rsidR="0047743B" w:rsidRDefault="00EA11FF" w:rsidP="00384F28">
      <w:pPr>
        <w:jc w:val="both"/>
        <w:rPr>
          <w:rFonts w:asciiTheme="minorHAnsi" w:hAnsiTheme="minorHAnsi"/>
          <w:color w:val="80BDC8"/>
          <w:sz w:val="20"/>
          <w:szCs w:val="20"/>
          <w:lang w:val="ru-RU"/>
        </w:rPr>
      </w:pP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[ФИО репетитора], [физическое лицо — плательщик НПД / ИП], ИНН [____], адрес [____], </w:t>
      </w:r>
      <w:r w:rsidRPr="00384F28">
        <w:rPr>
          <w:rFonts w:asciiTheme="minorHAnsi" w:hAnsiTheme="minorHAnsi"/>
          <w:color w:val="80BDC8"/>
          <w:sz w:val="20"/>
          <w:szCs w:val="20"/>
        </w:rPr>
        <w:t>e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>-</w:t>
      </w:r>
      <w:r w:rsidRPr="00384F28">
        <w:rPr>
          <w:rFonts w:asciiTheme="minorHAnsi" w:hAnsiTheme="minorHAnsi"/>
          <w:color w:val="80BDC8"/>
          <w:sz w:val="20"/>
          <w:szCs w:val="20"/>
        </w:rPr>
        <w:t>mail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 [____], телефон [____]; ОГРНИП [при наличии].</w:t>
      </w:r>
    </w:p>
    <w:p w:rsidR="00384F28" w:rsidRPr="00384F28" w:rsidRDefault="00384F28" w:rsidP="00384F28">
      <w:pPr>
        <w:jc w:val="both"/>
        <w:rPr>
          <w:rFonts w:asciiTheme="minorHAnsi" w:hAnsiTheme="minorHAnsi"/>
          <w:color w:val="000000" w:themeColor="text1"/>
          <w:sz w:val="20"/>
          <w:szCs w:val="20"/>
          <w:lang w:val="ru-RU"/>
        </w:rPr>
      </w:pP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Я, [ФИО лица, предоставляющего согласие], действуя [от своего имени / в качестве законного представителя указанного выше несовершеннолетнего], </w:t>
      </w:r>
      <w:r w:rsidRPr="00384F28">
        <w:rPr>
          <w:rFonts w:asciiTheme="minorHAnsi" w:hAnsiTheme="minorHAnsi"/>
          <w:color w:val="000000" w:themeColor="text1"/>
          <w:sz w:val="20"/>
          <w:szCs w:val="20"/>
          <w:lang w:val="ru-RU"/>
        </w:rPr>
        <w:t>настоящим свободно, своей волей и в своём интересе либо в интересах представляемого лица ДАЮ СОГЛАСИЕ оператору, указанному в пункте 3, на обработку выбранных мною в пункте 6 персональных данных, разрешённых для распространения, в том числе на их размещение в открытом доступе на ресурсах, перечисленных в пункте 5. Согласие предоставляется исключительно для целей, указанных в пункте 4, в пределах установленного срока и с соблюдением отмеченных мною запретов и условий. Мне понятно, что опубликованные сведения будут доступны неограниченному кругу лиц.</w:t>
      </w:r>
    </w:p>
    <w:p w:rsidR="00384F28" w:rsidRDefault="00EA11FF" w:rsidP="00384F28">
      <w:pPr>
        <w:pStyle w:val="ae"/>
        <w:numPr>
          <w:ilvl w:val="0"/>
          <w:numId w:val="12"/>
        </w:num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>Цель: размещение выбранных ниже персональных данных в открытом доступе для информирования о репети</w:t>
      </w:r>
      <w:r w:rsidRPr="00384F28">
        <w:rPr>
          <w:rFonts w:asciiTheme="minorHAnsi" w:hAnsiTheme="minorHAnsi"/>
          <w:sz w:val="20"/>
          <w:szCs w:val="20"/>
          <w:lang w:val="ru-RU"/>
        </w:rPr>
        <w:t xml:space="preserve">торских услугах, демонстрации примеров занятий и результатов обучения, публикации отзывов. </w:t>
      </w:r>
    </w:p>
    <w:p w:rsidR="00384F28" w:rsidRDefault="00EA11FF" w:rsidP="00384F28">
      <w:pPr>
        <w:pStyle w:val="ae"/>
        <w:numPr>
          <w:ilvl w:val="0"/>
          <w:numId w:val="12"/>
        </w:num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 xml:space="preserve">Площадки размещения 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(указать точные адреса ресурсов / страниц): [сайт и </w:t>
      </w:r>
      <w:r w:rsidRPr="00384F28">
        <w:rPr>
          <w:rFonts w:asciiTheme="minorHAnsi" w:hAnsiTheme="minorHAnsi"/>
          <w:color w:val="80BDC8"/>
          <w:sz w:val="20"/>
          <w:szCs w:val="20"/>
        </w:rPr>
        <w:t>URL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]; [сообщество ВКонтакте, </w:t>
      </w:r>
      <w:r w:rsidRPr="00384F28">
        <w:rPr>
          <w:rFonts w:asciiTheme="minorHAnsi" w:hAnsiTheme="minorHAnsi"/>
          <w:color w:val="80BDC8"/>
          <w:sz w:val="20"/>
          <w:szCs w:val="20"/>
        </w:rPr>
        <w:t>URL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>]; [</w:t>
      </w:r>
      <w:r w:rsidRPr="00384F28">
        <w:rPr>
          <w:rFonts w:asciiTheme="minorHAnsi" w:hAnsiTheme="minorHAnsi"/>
          <w:color w:val="80BDC8"/>
          <w:sz w:val="20"/>
          <w:szCs w:val="20"/>
        </w:rPr>
        <w:t>Telegram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-канал, </w:t>
      </w:r>
      <w:r w:rsidRPr="00384F28">
        <w:rPr>
          <w:rFonts w:asciiTheme="minorHAnsi" w:hAnsiTheme="minorHAnsi"/>
          <w:color w:val="80BDC8"/>
          <w:sz w:val="20"/>
          <w:szCs w:val="20"/>
        </w:rPr>
        <w:t>URL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]; [иные площадки, </w:t>
      </w:r>
      <w:r w:rsidRPr="00384F28">
        <w:rPr>
          <w:rFonts w:asciiTheme="minorHAnsi" w:hAnsiTheme="minorHAnsi"/>
          <w:color w:val="80BDC8"/>
          <w:sz w:val="20"/>
          <w:szCs w:val="20"/>
        </w:rPr>
        <w:t>URL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]. </w:t>
      </w:r>
    </w:p>
    <w:p w:rsidR="0047743B" w:rsidRPr="00384F28" w:rsidRDefault="00EA11FF" w:rsidP="00384F28">
      <w:pPr>
        <w:pStyle w:val="ae"/>
        <w:numPr>
          <w:ilvl w:val="0"/>
          <w:numId w:val="12"/>
        </w:numPr>
        <w:jc w:val="both"/>
        <w:rPr>
          <w:rFonts w:asciiTheme="minorHAnsi" w:hAnsiTheme="minorHAnsi"/>
          <w:b/>
          <w:bCs/>
          <w:sz w:val="20"/>
          <w:szCs w:val="20"/>
          <w:lang w:val="ru-RU"/>
        </w:rPr>
      </w:pPr>
      <w:r w:rsidRPr="00384F28">
        <w:rPr>
          <w:rFonts w:asciiTheme="minorHAnsi" w:hAnsiTheme="minorHAnsi"/>
          <w:b/>
          <w:bCs/>
          <w:sz w:val="20"/>
          <w:szCs w:val="20"/>
          <w:lang w:val="ru-RU"/>
        </w:rPr>
        <w:t xml:space="preserve">Какие </w:t>
      </w:r>
      <w:r w:rsidRPr="00384F28">
        <w:rPr>
          <w:rFonts w:asciiTheme="minorHAnsi" w:hAnsiTheme="minorHAnsi"/>
          <w:b/>
          <w:bCs/>
          <w:sz w:val="20"/>
          <w:szCs w:val="20"/>
          <w:lang w:val="ru-RU"/>
        </w:rPr>
        <w:t>сведения разрешено распространять</w:t>
      </w:r>
      <w:r w:rsidR="00384F28" w:rsidRPr="00384F28">
        <w:rPr>
          <w:rFonts w:asciiTheme="minorHAnsi" w:hAnsiTheme="minorHAnsi"/>
          <w:b/>
          <w:bCs/>
          <w:sz w:val="20"/>
          <w:szCs w:val="20"/>
          <w:lang w:val="ru-RU"/>
        </w:rPr>
        <w:t xml:space="preserve">: </w:t>
      </w:r>
    </w:p>
    <w:p w:rsidR="0047743B" w:rsidRPr="00384F28" w:rsidRDefault="00EA11FF" w:rsidP="00384F28">
      <w:p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>Отметьте «ДА» только напротив разрешённых данных. «НЕТ» означает запрет на распространение этой позиции.</w:t>
      </w:r>
    </w:p>
    <w:tbl>
      <w:tblPr>
        <w:tblStyle w:val="aff0"/>
        <w:tblW w:w="0" w:type="auto"/>
        <w:jc w:val="center"/>
        <w:tblLook w:val="04A0"/>
      </w:tblPr>
      <w:tblGrid>
        <w:gridCol w:w="3286"/>
        <w:gridCol w:w="3286"/>
        <w:gridCol w:w="3286"/>
      </w:tblGrid>
      <w:tr w:rsidR="0047743B" w:rsidRPr="00384F28">
        <w:trPr>
          <w:jc w:val="center"/>
        </w:trPr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84F28"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Категория</w:t>
            </w:r>
            <w:proofErr w:type="spellEnd"/>
            <w:r w:rsidRPr="00384F28">
              <w:rPr>
                <w:rFonts w:asciiTheme="minorHAnsi" w:hAnsiTheme="minorHAnsi"/>
                <w:b/>
                <w:sz w:val="20"/>
                <w:szCs w:val="20"/>
              </w:rPr>
              <w:t xml:space="preserve"> и </w:t>
            </w:r>
            <w:proofErr w:type="spellStart"/>
            <w:r w:rsidRPr="00384F28">
              <w:rPr>
                <w:rFonts w:asciiTheme="minorHAnsi" w:hAnsiTheme="minorHAnsi"/>
                <w:b/>
                <w:sz w:val="20"/>
                <w:szCs w:val="20"/>
              </w:rPr>
              <w:t>сведения</w:t>
            </w:r>
            <w:proofErr w:type="spellEnd"/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Theme="minorHAnsi" w:hAnsiTheme="minorHAnsi"/>
                <w:b/>
                <w:sz w:val="20"/>
                <w:szCs w:val="20"/>
              </w:rPr>
              <w:t>ДА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Theme="minorHAnsi" w:hAnsiTheme="minorHAnsi"/>
                <w:b/>
                <w:sz w:val="20"/>
                <w:szCs w:val="20"/>
              </w:rPr>
              <w:t>НЕТ</w:t>
            </w:r>
          </w:p>
        </w:tc>
      </w:tr>
      <w:tr w:rsidR="0047743B" w:rsidRPr="00384F28">
        <w:trPr>
          <w:jc w:val="center"/>
        </w:trPr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Theme="minorHAnsi" w:hAnsiTheme="minorHAnsi"/>
                <w:sz w:val="20"/>
                <w:szCs w:val="20"/>
              </w:rPr>
              <w:t>Общие данные: имя ученика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47743B" w:rsidRPr="00384F28">
        <w:trPr>
          <w:jc w:val="center"/>
        </w:trPr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Theme="minorHAnsi" w:hAnsiTheme="minorHAnsi"/>
                <w:sz w:val="20"/>
                <w:szCs w:val="20"/>
              </w:rPr>
              <w:t>Общие данные: фамилия ученика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47743B" w:rsidRPr="00384F28">
        <w:trPr>
          <w:jc w:val="center"/>
        </w:trPr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Общие данные: класс </w:t>
            </w: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/ возраст / уровень обучения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47743B" w:rsidRPr="00384F28">
        <w:trPr>
          <w:jc w:val="center"/>
        </w:trPr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Общие данные: результат экзамена, теста или обучения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47743B" w:rsidRPr="00384F28">
        <w:trPr>
          <w:jc w:val="center"/>
        </w:trPr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Общие данные: текст отзыва с указанием автора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47743B" w:rsidRPr="00384F28">
        <w:trPr>
          <w:jc w:val="center"/>
        </w:trPr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Общие данные: изображение / фотография узнаваемого лица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47743B" w:rsidRPr="00384F28">
        <w:trPr>
          <w:jc w:val="center"/>
        </w:trPr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Общие данные: фрагмент видеозаписи занятия </w:t>
            </w: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(изображение и голос)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47743B" w:rsidRPr="00384F28">
        <w:trPr>
          <w:jc w:val="center"/>
        </w:trPr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Theme="minorHAnsi" w:hAnsiTheme="minorHAnsi"/>
                <w:sz w:val="20"/>
                <w:szCs w:val="20"/>
              </w:rPr>
              <w:t>Иное (указать точно): [________]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286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:rsidR="0047743B" w:rsidRPr="00384F28" w:rsidRDefault="00EA11FF" w:rsidP="00384F28">
      <w:pPr>
        <w:pStyle w:val="1"/>
        <w:numPr>
          <w:ilvl w:val="0"/>
          <w:numId w:val="12"/>
        </w:num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>Запреты и условия распространения</w:t>
      </w:r>
    </w:p>
    <w:tbl>
      <w:tblPr>
        <w:tblStyle w:val="aff0"/>
        <w:tblW w:w="0" w:type="auto"/>
        <w:jc w:val="center"/>
        <w:tblLook w:val="04A0"/>
      </w:tblPr>
      <w:tblGrid>
        <w:gridCol w:w="4929"/>
        <w:gridCol w:w="4929"/>
      </w:tblGrid>
      <w:tr w:rsidR="0047743B" w:rsidRPr="00384F28">
        <w:trPr>
          <w:jc w:val="center"/>
        </w:trPr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Theme="minorHAnsi" w:hAnsiTheme="minorHAnsi"/>
                <w:b/>
                <w:sz w:val="20"/>
                <w:szCs w:val="20"/>
              </w:rPr>
              <w:t>Вид ограничения</w:t>
            </w:r>
          </w:p>
        </w:tc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Theme="minorHAnsi" w:hAnsiTheme="minorHAnsi"/>
                <w:b/>
                <w:sz w:val="20"/>
                <w:szCs w:val="20"/>
              </w:rPr>
              <w:t>Выбор / условие</w:t>
            </w:r>
          </w:p>
        </w:tc>
      </w:tr>
      <w:tr w:rsidR="0047743B" w:rsidRPr="00384F28">
        <w:trPr>
          <w:jc w:val="center"/>
        </w:trPr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Запрет на передачу данных оператором неограниченному кругу лиц (за исключением предоставления доступа)</w:t>
            </w:r>
          </w:p>
        </w:tc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84F2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384F28">
              <w:rPr>
                <w:rFonts w:asciiTheme="minorHAnsi" w:hAnsiTheme="minorHAnsi"/>
                <w:sz w:val="20"/>
                <w:szCs w:val="20"/>
              </w:rPr>
              <w:t>Устанавливаю</w:t>
            </w:r>
            <w:proofErr w:type="spellEnd"/>
            <w:r w:rsidRPr="00384F28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84F2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384F28">
              <w:rPr>
                <w:rFonts w:asciiTheme="minorHAnsi" w:hAnsiTheme="minorHAnsi"/>
                <w:sz w:val="20"/>
                <w:szCs w:val="20"/>
              </w:rPr>
              <w:t>Не</w:t>
            </w:r>
            <w:proofErr w:type="spellEnd"/>
            <w:r w:rsidRPr="00384F2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384F28">
              <w:rPr>
                <w:rFonts w:asciiTheme="minorHAnsi" w:hAnsiTheme="minorHAnsi"/>
                <w:sz w:val="20"/>
                <w:szCs w:val="20"/>
              </w:rPr>
              <w:t>устанавливаю</w:t>
            </w:r>
            <w:proofErr w:type="spellEnd"/>
          </w:p>
        </w:tc>
      </w:tr>
      <w:tr w:rsidR="0047743B" w:rsidRPr="00384F28">
        <w:trPr>
          <w:jc w:val="center"/>
        </w:trPr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Запрет на дальнейшую обработку неограниченным кругом лиц (кроме получения доступа)</w:t>
            </w:r>
          </w:p>
        </w:tc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84F2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384F28">
              <w:rPr>
                <w:rFonts w:asciiTheme="minorHAnsi" w:hAnsiTheme="minorHAnsi"/>
                <w:sz w:val="20"/>
                <w:szCs w:val="20"/>
              </w:rPr>
              <w:t>Устанавливаю</w:t>
            </w:r>
            <w:proofErr w:type="spellEnd"/>
            <w:r w:rsidRPr="00384F28"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r w:rsidRPr="00384F2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384F2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384F28">
              <w:rPr>
                <w:rFonts w:asciiTheme="minorHAnsi" w:hAnsiTheme="minorHAnsi"/>
                <w:sz w:val="20"/>
                <w:szCs w:val="20"/>
              </w:rPr>
              <w:t>Не</w:t>
            </w:r>
            <w:proofErr w:type="spellEnd"/>
            <w:r w:rsidRPr="00384F2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384F28">
              <w:rPr>
                <w:rFonts w:asciiTheme="minorHAnsi" w:hAnsiTheme="minorHAnsi"/>
                <w:sz w:val="20"/>
                <w:szCs w:val="20"/>
              </w:rPr>
              <w:t>устанавливаю</w:t>
            </w:r>
            <w:proofErr w:type="spellEnd"/>
          </w:p>
        </w:tc>
      </w:tr>
      <w:tr w:rsidR="0047743B" w:rsidRPr="00CB4A2F">
        <w:trPr>
          <w:jc w:val="center"/>
        </w:trPr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Условия дальнейшей обработки данных неограниченным кругом лиц</w:t>
            </w:r>
          </w:p>
        </w:tc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[Указать ограничения: например, только просмотр без </w:t>
            </w: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использования в рекламе третьих лиц; либо «не устанавливаю»]</w:t>
            </w:r>
          </w:p>
        </w:tc>
      </w:tr>
      <w:tr w:rsidR="0047743B" w:rsidRPr="00CB4A2F">
        <w:trPr>
          <w:jc w:val="center"/>
        </w:trPr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Запреты / условия применительно к конкретным сведениям</w:t>
            </w:r>
          </w:p>
        </w:tc>
        <w:tc>
          <w:tcPr>
            <w:tcW w:w="4929" w:type="dxa"/>
            <w:vAlign w:val="center"/>
          </w:tcPr>
          <w:p w:rsidR="0047743B" w:rsidRPr="00384F28" w:rsidRDefault="00EA11FF" w:rsidP="00384F28">
            <w:pPr>
              <w:spacing w:after="40"/>
              <w:jc w:val="both"/>
              <w:rPr>
                <w:rFonts w:asciiTheme="minorHAnsi" w:hAnsiTheme="minorHAnsi"/>
                <w:sz w:val="20"/>
                <w:szCs w:val="20"/>
                <w:lang w:val="ru-RU"/>
              </w:rPr>
            </w:pPr>
            <w:r w:rsidRPr="00384F28">
              <w:rPr>
                <w:rFonts w:asciiTheme="minorHAnsi" w:hAnsiTheme="minorHAnsi"/>
                <w:sz w:val="20"/>
                <w:szCs w:val="20"/>
                <w:lang w:val="ru-RU"/>
              </w:rPr>
              <w:t>[Указать данные и запреты / условия; либо «не устанавливаю»]</w:t>
            </w:r>
          </w:p>
        </w:tc>
      </w:tr>
    </w:tbl>
    <w:p w:rsidR="0047743B" w:rsidRPr="00384F28" w:rsidRDefault="00EA11FF" w:rsidP="00384F28">
      <w:pPr>
        <w:pStyle w:val="1"/>
        <w:numPr>
          <w:ilvl w:val="0"/>
          <w:numId w:val="12"/>
        </w:num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>Действия, срок и отзыв</w:t>
      </w:r>
    </w:p>
    <w:p w:rsidR="0047743B" w:rsidRPr="00384F28" w:rsidRDefault="00EA11FF" w:rsidP="00384F28">
      <w:pPr>
        <w:ind w:firstLine="360"/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b/>
          <w:bCs/>
          <w:sz w:val="20"/>
          <w:szCs w:val="20"/>
          <w:lang w:val="ru-RU"/>
        </w:rPr>
        <w:t>Разрешённые действия:</w:t>
      </w:r>
      <w:r w:rsidRPr="00384F28">
        <w:rPr>
          <w:rFonts w:asciiTheme="minorHAnsi" w:hAnsiTheme="minorHAnsi"/>
          <w:sz w:val="20"/>
          <w:szCs w:val="20"/>
          <w:lang w:val="ru-RU"/>
        </w:rPr>
        <w:t xml:space="preserve"> размещение и предоставление дост</w:t>
      </w:r>
      <w:r w:rsidRPr="00384F28">
        <w:rPr>
          <w:rFonts w:asciiTheme="minorHAnsi" w:hAnsiTheme="minorHAnsi"/>
          <w:sz w:val="20"/>
          <w:szCs w:val="20"/>
          <w:lang w:val="ru-RU"/>
        </w:rPr>
        <w:t>упа неограниченному кругу лиц к отмеченным данным на указанных ресурсах; хранение опубликованного материала, обновление и удаление в пределах цели и срока согласия.</w:t>
      </w:r>
    </w:p>
    <w:p w:rsidR="0047743B" w:rsidRPr="00384F28" w:rsidRDefault="00EA11FF" w:rsidP="00384F28">
      <w:pPr>
        <w:ind w:firstLine="360"/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b/>
          <w:bCs/>
          <w:sz w:val="20"/>
          <w:szCs w:val="20"/>
          <w:lang w:val="ru-RU"/>
        </w:rPr>
        <w:t>Срок действия согласия:</w:t>
      </w:r>
      <w:r w:rsidRPr="00384F28">
        <w:rPr>
          <w:rFonts w:asciiTheme="minorHAnsi" w:hAnsiTheme="minorHAnsi"/>
          <w:sz w:val="20"/>
          <w:szCs w:val="20"/>
          <w:lang w:val="ru-RU"/>
        </w:rPr>
        <w:t xml:space="preserve"> </w:t>
      </w:r>
      <w:r w:rsidRPr="00384F28">
        <w:rPr>
          <w:rFonts w:asciiTheme="minorHAnsi" w:hAnsiTheme="minorHAnsi"/>
          <w:b/>
          <w:bCs/>
          <w:color w:val="80BDC8"/>
          <w:sz w:val="20"/>
          <w:szCs w:val="20"/>
          <w:lang w:val="ru-RU"/>
        </w:rPr>
        <w:t xml:space="preserve">с [дата] по [дата / конкретное событие]. </w:t>
      </w:r>
      <w:r w:rsidRPr="00384F28">
        <w:rPr>
          <w:rFonts w:asciiTheme="minorHAnsi" w:hAnsiTheme="minorHAnsi"/>
          <w:sz w:val="20"/>
          <w:szCs w:val="20"/>
          <w:lang w:val="ru-RU"/>
        </w:rPr>
        <w:t>По окончании срока публика</w:t>
      </w:r>
      <w:r w:rsidRPr="00384F28">
        <w:rPr>
          <w:rFonts w:asciiTheme="minorHAnsi" w:hAnsiTheme="minorHAnsi"/>
          <w:sz w:val="20"/>
          <w:szCs w:val="20"/>
          <w:lang w:val="ru-RU"/>
        </w:rPr>
        <w:t>ция прекращается при отсутствии иного законного основания.</w:t>
      </w:r>
    </w:p>
    <w:p w:rsidR="0047743B" w:rsidRPr="00384F28" w:rsidRDefault="00EA11FF" w:rsidP="00384F28">
      <w:pPr>
        <w:ind w:firstLine="360"/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 xml:space="preserve">Субъект вправе в любое время потребовать прекращения распространения, направив обращение оператору по адресу </w:t>
      </w:r>
      <w:r w:rsidRPr="00384F28">
        <w:rPr>
          <w:rFonts w:asciiTheme="minorHAnsi" w:hAnsiTheme="minorHAnsi"/>
          <w:b/>
          <w:bCs/>
          <w:color w:val="80BDC8"/>
          <w:sz w:val="20"/>
          <w:szCs w:val="20"/>
          <w:lang w:val="ru-RU"/>
        </w:rPr>
        <w:t>[</w:t>
      </w:r>
      <w:r w:rsidRPr="00384F28">
        <w:rPr>
          <w:rFonts w:asciiTheme="minorHAnsi" w:hAnsiTheme="minorHAnsi"/>
          <w:b/>
          <w:bCs/>
          <w:color w:val="80BDC8"/>
          <w:sz w:val="20"/>
          <w:szCs w:val="20"/>
        </w:rPr>
        <w:t>e</w:t>
      </w:r>
      <w:r w:rsidRPr="00384F28">
        <w:rPr>
          <w:rFonts w:asciiTheme="minorHAnsi" w:hAnsiTheme="minorHAnsi"/>
          <w:b/>
          <w:bCs/>
          <w:color w:val="80BDC8"/>
          <w:sz w:val="20"/>
          <w:szCs w:val="20"/>
          <w:lang w:val="ru-RU"/>
        </w:rPr>
        <w:t>-</w:t>
      </w:r>
      <w:r w:rsidRPr="00384F28">
        <w:rPr>
          <w:rFonts w:asciiTheme="minorHAnsi" w:hAnsiTheme="minorHAnsi"/>
          <w:b/>
          <w:bCs/>
          <w:color w:val="80BDC8"/>
          <w:sz w:val="20"/>
          <w:szCs w:val="20"/>
        </w:rPr>
        <w:t>mail</w:t>
      </w:r>
      <w:r w:rsidRPr="00384F28">
        <w:rPr>
          <w:rFonts w:asciiTheme="minorHAnsi" w:hAnsiTheme="minorHAnsi"/>
          <w:b/>
          <w:bCs/>
          <w:color w:val="80BDC8"/>
          <w:sz w:val="20"/>
          <w:szCs w:val="20"/>
          <w:lang w:val="ru-RU"/>
        </w:rPr>
        <w:t xml:space="preserve"> / почтовый адрес]</w:t>
      </w:r>
      <w:r w:rsidRPr="00384F28">
        <w:rPr>
          <w:rFonts w:asciiTheme="minorHAnsi" w:hAnsiTheme="minorHAnsi"/>
          <w:color w:val="80BDC8"/>
          <w:sz w:val="20"/>
          <w:szCs w:val="20"/>
          <w:lang w:val="ru-RU"/>
        </w:rPr>
        <w:t xml:space="preserve"> </w:t>
      </w:r>
      <w:r w:rsidRPr="00384F28">
        <w:rPr>
          <w:rFonts w:asciiTheme="minorHAnsi" w:hAnsiTheme="minorHAnsi"/>
          <w:sz w:val="20"/>
          <w:szCs w:val="20"/>
          <w:lang w:val="ru-RU"/>
        </w:rPr>
        <w:t>с ФИО, контактной информацией и перечнем данных, распространен</w:t>
      </w:r>
      <w:r w:rsidRPr="00384F28">
        <w:rPr>
          <w:rFonts w:asciiTheme="minorHAnsi" w:hAnsiTheme="minorHAnsi"/>
          <w:sz w:val="20"/>
          <w:szCs w:val="20"/>
          <w:lang w:val="ru-RU"/>
        </w:rPr>
        <w:t>ие которых нужно прекратить. Согласие прекращает действие с момента получения предусмотренного законом требования.</w:t>
      </w:r>
      <w:r w:rsidR="00384F28">
        <w:rPr>
          <w:rFonts w:asciiTheme="minorHAnsi" w:hAnsiTheme="minorHAnsi"/>
          <w:sz w:val="20"/>
          <w:szCs w:val="20"/>
          <w:lang w:val="ru-RU"/>
        </w:rPr>
        <w:t xml:space="preserve"> </w:t>
      </w:r>
      <w:r w:rsidRPr="00384F28">
        <w:rPr>
          <w:rFonts w:asciiTheme="minorHAnsi" w:hAnsiTheme="minorHAnsi"/>
          <w:sz w:val="20"/>
          <w:szCs w:val="20"/>
          <w:lang w:val="ru-RU"/>
        </w:rPr>
        <w:t>Оператор размещает информацию об установленных запретах и условиях обработки в срок, установленный частью 10 статьи 10.1 Закона № 152-ФЗ.</w:t>
      </w:r>
    </w:p>
    <w:p w:rsidR="0047743B" w:rsidRPr="00384F28" w:rsidRDefault="00EA11FF" w:rsidP="00384F28">
      <w:pPr>
        <w:pStyle w:val="1"/>
        <w:numPr>
          <w:ilvl w:val="0"/>
          <w:numId w:val="12"/>
        </w:num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Theme="minorHAnsi" w:hAnsiTheme="minorHAnsi"/>
          <w:sz w:val="20"/>
          <w:szCs w:val="20"/>
          <w:lang w:val="ru-RU"/>
        </w:rPr>
        <w:t>Отдельное разрешение на использование изображения</w:t>
      </w:r>
    </w:p>
    <w:p w:rsidR="00384F28" w:rsidRDefault="00EA11FF" w:rsidP="00384F28">
      <w:p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="Segoe UI Symbol" w:hAnsi="Segoe UI Symbol" w:cs="Segoe UI Symbol"/>
          <w:sz w:val="20"/>
          <w:szCs w:val="20"/>
          <w:lang w:val="ru-RU"/>
        </w:rPr>
        <w:t>☐</w:t>
      </w:r>
      <w:r w:rsidRPr="00384F28">
        <w:rPr>
          <w:rFonts w:asciiTheme="minorHAnsi" w:hAnsiTheme="minorHAnsi"/>
          <w:sz w:val="20"/>
          <w:szCs w:val="20"/>
          <w:lang w:val="ru-RU"/>
        </w:rPr>
        <w:t xml:space="preserve"> Разрешаю </w:t>
      </w:r>
    </w:p>
    <w:p w:rsidR="0047743B" w:rsidRPr="00384F28" w:rsidRDefault="00EA11FF" w:rsidP="00384F28">
      <w:pPr>
        <w:jc w:val="both"/>
        <w:rPr>
          <w:rFonts w:asciiTheme="minorHAnsi" w:hAnsiTheme="minorHAnsi"/>
          <w:sz w:val="20"/>
          <w:szCs w:val="20"/>
          <w:lang w:val="ru-RU"/>
        </w:rPr>
      </w:pPr>
      <w:r w:rsidRPr="00384F28">
        <w:rPr>
          <w:rFonts w:ascii="Segoe UI Symbol" w:hAnsi="Segoe UI Symbol" w:cs="Segoe UI Symbol"/>
          <w:sz w:val="20"/>
          <w:szCs w:val="20"/>
          <w:lang w:val="ru-RU"/>
        </w:rPr>
        <w:t>☐</w:t>
      </w:r>
      <w:r w:rsidRPr="00384F28">
        <w:rPr>
          <w:rFonts w:asciiTheme="minorHAnsi" w:hAnsiTheme="minorHAnsi"/>
          <w:sz w:val="20"/>
          <w:szCs w:val="20"/>
          <w:lang w:val="ru-RU"/>
        </w:rPr>
        <w:t xml:space="preserve"> Не разрешаю использовать моё изображение / изображение указанного выше несовершеннолетнего на отмеченных в пункте 5 ресурсах в составе согласованных фото и видео для обозначенной в пункте 4 цели, в пределах срока по пункту 8 (статья 152.1 ГК РФ).</w:t>
      </w:r>
    </w:p>
    <w:p w:rsidR="00384F28" w:rsidRDefault="00384F28" w:rsidP="00384F28">
      <w:pPr>
        <w:jc w:val="both"/>
        <w:rPr>
          <w:rFonts w:asciiTheme="minorHAnsi" w:hAnsiTheme="minorHAnsi"/>
          <w:sz w:val="20"/>
          <w:szCs w:val="20"/>
          <w:lang w:val="ru-RU"/>
        </w:rPr>
      </w:pPr>
    </w:p>
    <w:p w:rsidR="00384F28" w:rsidRPr="00384F28" w:rsidRDefault="00EA11FF" w:rsidP="00384F28">
      <w:pPr>
        <w:jc w:val="both"/>
        <w:rPr>
          <w:rFonts w:asciiTheme="minorHAnsi" w:hAnsiTheme="minorHAnsi"/>
          <w:b/>
          <w:bCs/>
          <w:color w:val="80BDC8"/>
          <w:sz w:val="20"/>
          <w:szCs w:val="20"/>
          <w:lang w:val="ru-RU"/>
        </w:rPr>
      </w:pPr>
      <w:r w:rsidRPr="00384F28">
        <w:rPr>
          <w:rFonts w:asciiTheme="minorHAnsi" w:hAnsiTheme="minorHAnsi"/>
          <w:b/>
          <w:bCs/>
          <w:color w:val="80BDC8"/>
          <w:sz w:val="20"/>
          <w:szCs w:val="20"/>
          <w:lang w:val="ru-RU"/>
        </w:rPr>
        <w:lastRenderedPageBreak/>
        <w:t>Дата: [</w:t>
      </w:r>
      <w:r w:rsidRPr="00384F28">
        <w:rPr>
          <w:rFonts w:asciiTheme="minorHAnsi" w:hAnsiTheme="minorHAnsi"/>
          <w:b/>
          <w:bCs/>
          <w:color w:val="80BDC8"/>
          <w:sz w:val="20"/>
          <w:szCs w:val="20"/>
          <w:lang w:val="ru-RU"/>
        </w:rPr>
        <w:t xml:space="preserve">____]          </w:t>
      </w:r>
    </w:p>
    <w:p w:rsidR="0047743B" w:rsidRPr="00384F28" w:rsidRDefault="00EA11FF" w:rsidP="00384F28">
      <w:pPr>
        <w:jc w:val="both"/>
        <w:rPr>
          <w:rFonts w:asciiTheme="minorHAnsi" w:hAnsiTheme="minorHAnsi"/>
          <w:b/>
          <w:bCs/>
          <w:color w:val="80BDC8"/>
          <w:sz w:val="20"/>
          <w:szCs w:val="20"/>
          <w:lang w:val="ru-RU"/>
        </w:rPr>
      </w:pPr>
      <w:r w:rsidRPr="00384F28">
        <w:rPr>
          <w:rFonts w:asciiTheme="minorHAnsi" w:hAnsiTheme="minorHAnsi"/>
          <w:b/>
          <w:bCs/>
          <w:color w:val="80BDC8"/>
          <w:sz w:val="20"/>
          <w:szCs w:val="20"/>
          <w:lang w:val="ru-RU"/>
        </w:rPr>
        <w:t>Подпись: [__________] / [ФИО]</w:t>
      </w:r>
    </w:p>
    <w:sectPr w:rsidR="0047743B" w:rsidRPr="00384F28" w:rsidSect="00384F28">
      <w:headerReference w:type="first" r:id="rId8"/>
      <w:pgSz w:w="12240" w:h="15840"/>
      <w:pgMar w:top="964" w:right="1191" w:bottom="907" w:left="119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1FF" w:rsidRDefault="00EA11FF">
      <w:pPr>
        <w:spacing w:after="0" w:line="240" w:lineRule="auto"/>
      </w:pPr>
      <w:r>
        <w:separator/>
      </w:r>
    </w:p>
  </w:endnote>
  <w:endnote w:type="continuationSeparator" w:id="0">
    <w:p w:rsidR="00EA11FF" w:rsidRDefault="00EA1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1FF" w:rsidRDefault="00EA11FF">
      <w:pPr>
        <w:spacing w:after="0" w:line="240" w:lineRule="auto"/>
      </w:pPr>
      <w:r>
        <w:separator/>
      </w:r>
    </w:p>
  </w:footnote>
  <w:footnote w:type="continuationSeparator" w:id="0">
    <w:p w:rsidR="00EA11FF" w:rsidRDefault="00EA1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F28" w:rsidRPr="00384F28" w:rsidRDefault="00384F28" w:rsidP="00384F28">
    <w:pPr>
      <w:pStyle w:val="1"/>
      <w:jc w:val="both"/>
      <w:rPr>
        <w:rFonts w:asciiTheme="minorHAnsi" w:hAnsiTheme="minorHAnsi"/>
        <w:i/>
        <w:iCs/>
        <w:sz w:val="20"/>
        <w:szCs w:val="20"/>
        <w:lang w:val="ru-RU"/>
      </w:rPr>
    </w:pPr>
    <w:r w:rsidRPr="00384F28">
      <w:rPr>
        <w:rFonts w:asciiTheme="minorHAnsi" w:hAnsiTheme="minorHAnsi"/>
        <w:i/>
        <w:iCs/>
        <w:sz w:val="20"/>
        <w:szCs w:val="20"/>
        <w:lang w:val="ru-RU"/>
      </w:rPr>
      <w:t>Когда использовать</w:t>
    </w:r>
  </w:p>
  <w:p w:rsidR="00384F28" w:rsidRPr="00384F28" w:rsidRDefault="00384F28" w:rsidP="00384F28">
    <w:pPr>
      <w:jc w:val="both"/>
      <w:rPr>
        <w:rFonts w:asciiTheme="minorHAnsi" w:hAnsiTheme="minorHAnsi"/>
        <w:i/>
        <w:iCs/>
        <w:sz w:val="20"/>
        <w:szCs w:val="20"/>
        <w:lang w:val="ru-RU"/>
      </w:rPr>
    </w:pPr>
    <w:r w:rsidRPr="00384F28">
      <w:rPr>
        <w:rFonts w:asciiTheme="minorHAnsi" w:hAnsiTheme="minorHAnsi"/>
        <w:i/>
        <w:iCs/>
        <w:sz w:val="20"/>
        <w:szCs w:val="20"/>
        <w:lang w:val="ru-RU"/>
      </w:rPr>
      <w:t>Когда репетитор хочет разместить в открытом доступе узнаваемый отзыв, имя и результат ученика, фотографию или фрагмент записи занятия - например, на сайте или в социальных сетях. Это самостоятельное согласие: оно не включается в договор на занятия и не заменяет разрешение на использование изображения.</w:t>
    </w:r>
  </w:p>
  <w:p w:rsidR="00384F28" w:rsidRDefault="00384F28" w:rsidP="00384F28">
    <w:pPr>
      <w:pStyle w:val="af5"/>
      <w:jc w:val="both"/>
      <w:rPr>
        <w:rFonts w:asciiTheme="minorHAnsi" w:hAnsiTheme="minorHAnsi"/>
        <w:b w:val="0"/>
        <w:i/>
        <w:iCs/>
        <w:sz w:val="20"/>
        <w:szCs w:val="20"/>
        <w:lang w:val="ru-RU"/>
      </w:rPr>
    </w:pPr>
    <w:r w:rsidRPr="00384F28">
      <w:rPr>
        <w:rFonts w:asciiTheme="minorHAnsi" w:hAnsiTheme="minorHAnsi"/>
        <w:b w:val="0"/>
        <w:i/>
        <w:iCs/>
        <w:sz w:val="20"/>
        <w:szCs w:val="20"/>
        <w:lang w:val="ru-RU"/>
      </w:rPr>
      <w:t xml:space="preserve">Перед использованием заполните поля [в квадратных скобках], укажите конкретные ссылки на площадки, удалите ненужные варианты и получите волеизъявление лица, которое вправе предоставить согласие. </w:t>
    </w:r>
    <w:proofErr w:type="spellStart"/>
    <w:r w:rsidRPr="00384F28">
      <w:rPr>
        <w:rFonts w:asciiTheme="minorHAnsi" w:hAnsiTheme="minorHAnsi"/>
        <w:b w:val="0"/>
        <w:i/>
        <w:iCs/>
        <w:sz w:val="20"/>
        <w:szCs w:val="20"/>
      </w:rPr>
      <w:t>Не</w:t>
    </w:r>
    <w:proofErr w:type="spellEnd"/>
    <w:r w:rsidRPr="00384F28">
      <w:rPr>
        <w:rFonts w:asciiTheme="minorHAnsi" w:hAnsiTheme="minorHAnsi"/>
        <w:b w:val="0"/>
        <w:i/>
        <w:iCs/>
        <w:sz w:val="20"/>
        <w:szCs w:val="20"/>
      </w:rPr>
      <w:t xml:space="preserve"> </w:t>
    </w:r>
    <w:proofErr w:type="spellStart"/>
    <w:r w:rsidRPr="00384F28">
      <w:rPr>
        <w:rFonts w:asciiTheme="minorHAnsi" w:hAnsiTheme="minorHAnsi"/>
        <w:b w:val="0"/>
        <w:i/>
        <w:iCs/>
        <w:sz w:val="20"/>
        <w:szCs w:val="20"/>
      </w:rPr>
      <w:t>отмеченные</w:t>
    </w:r>
    <w:proofErr w:type="spellEnd"/>
    <w:r w:rsidRPr="00384F28">
      <w:rPr>
        <w:rFonts w:asciiTheme="minorHAnsi" w:hAnsiTheme="minorHAnsi"/>
        <w:b w:val="0"/>
        <w:i/>
        <w:iCs/>
        <w:sz w:val="20"/>
        <w:szCs w:val="20"/>
      </w:rPr>
      <w:t xml:space="preserve"> </w:t>
    </w:r>
    <w:proofErr w:type="spellStart"/>
    <w:r w:rsidRPr="00384F28">
      <w:rPr>
        <w:rFonts w:asciiTheme="minorHAnsi" w:hAnsiTheme="minorHAnsi"/>
        <w:b w:val="0"/>
        <w:i/>
        <w:iCs/>
        <w:sz w:val="20"/>
        <w:szCs w:val="20"/>
      </w:rPr>
      <w:t>субъектом</w:t>
    </w:r>
    <w:proofErr w:type="spellEnd"/>
    <w:r w:rsidRPr="00384F28">
      <w:rPr>
        <w:rFonts w:asciiTheme="minorHAnsi" w:hAnsiTheme="minorHAnsi"/>
        <w:b w:val="0"/>
        <w:i/>
        <w:iCs/>
        <w:sz w:val="20"/>
        <w:szCs w:val="20"/>
      </w:rPr>
      <w:t xml:space="preserve"> </w:t>
    </w:r>
    <w:proofErr w:type="spellStart"/>
    <w:r w:rsidRPr="00384F28">
      <w:rPr>
        <w:rFonts w:asciiTheme="minorHAnsi" w:hAnsiTheme="minorHAnsi"/>
        <w:b w:val="0"/>
        <w:i/>
        <w:iCs/>
        <w:sz w:val="20"/>
        <w:szCs w:val="20"/>
      </w:rPr>
      <w:t>сведения</w:t>
    </w:r>
    <w:proofErr w:type="spellEnd"/>
    <w:r w:rsidRPr="00384F28">
      <w:rPr>
        <w:rFonts w:asciiTheme="minorHAnsi" w:hAnsiTheme="minorHAnsi"/>
        <w:b w:val="0"/>
        <w:i/>
        <w:iCs/>
        <w:sz w:val="20"/>
        <w:szCs w:val="20"/>
      </w:rPr>
      <w:t xml:space="preserve"> </w:t>
    </w:r>
    <w:proofErr w:type="spellStart"/>
    <w:r w:rsidRPr="00384F28">
      <w:rPr>
        <w:rFonts w:asciiTheme="minorHAnsi" w:hAnsiTheme="minorHAnsi"/>
        <w:b w:val="0"/>
        <w:i/>
        <w:iCs/>
        <w:sz w:val="20"/>
        <w:szCs w:val="20"/>
      </w:rPr>
      <w:t>публиковать</w:t>
    </w:r>
    <w:proofErr w:type="spellEnd"/>
    <w:r w:rsidRPr="00384F28">
      <w:rPr>
        <w:rFonts w:asciiTheme="minorHAnsi" w:hAnsiTheme="minorHAnsi"/>
        <w:b w:val="0"/>
        <w:i/>
        <w:iCs/>
        <w:sz w:val="20"/>
        <w:szCs w:val="20"/>
        <w:lang w:val="ru-RU"/>
      </w:rPr>
      <w:t xml:space="preserve"> нельзя. </w:t>
    </w:r>
  </w:p>
  <w:p w:rsidR="00384F28" w:rsidRPr="00384F28" w:rsidRDefault="00384F28" w:rsidP="00384F28">
    <w:pPr>
      <w:pStyle w:val="af5"/>
      <w:jc w:val="both"/>
      <w:rPr>
        <w:rFonts w:asciiTheme="minorHAnsi" w:hAnsiTheme="minorHAnsi"/>
        <w:b w:val="0"/>
        <w:i/>
        <w:iCs/>
        <w:color w:val="152C45"/>
        <w:sz w:val="20"/>
        <w:szCs w:val="20"/>
        <w:lang w:val="ru-RU"/>
      </w:rPr>
    </w:pPr>
    <w:r w:rsidRPr="00384F28">
      <w:rPr>
        <w:rFonts w:asciiTheme="minorHAnsi" w:hAnsiTheme="minorHAnsi"/>
        <w:i/>
        <w:iCs/>
        <w:color w:val="152C45"/>
        <w:sz w:val="20"/>
        <w:szCs w:val="20"/>
        <w:lang w:val="ru-RU"/>
      </w:rPr>
      <w:t>Памятка перед публикацией</w:t>
    </w:r>
  </w:p>
  <w:p w:rsidR="00384F28" w:rsidRPr="00384F28" w:rsidRDefault="00384F28" w:rsidP="00384F28">
    <w:pPr>
      <w:pStyle w:val="ae"/>
      <w:numPr>
        <w:ilvl w:val="0"/>
        <w:numId w:val="11"/>
      </w:numPr>
      <w:jc w:val="both"/>
      <w:rPr>
        <w:rFonts w:asciiTheme="minorHAnsi" w:hAnsiTheme="minorHAnsi"/>
        <w:i/>
        <w:iCs/>
        <w:sz w:val="20"/>
        <w:szCs w:val="20"/>
        <w:lang w:val="ru-RU"/>
      </w:rPr>
    </w:pPr>
    <w:r w:rsidRPr="00384F28">
      <w:rPr>
        <w:rFonts w:asciiTheme="minorHAnsi" w:hAnsiTheme="minorHAnsi"/>
        <w:i/>
        <w:iCs/>
        <w:sz w:val="20"/>
        <w:szCs w:val="20"/>
        <w:lang w:val="ru-RU"/>
      </w:rPr>
      <w:t xml:space="preserve">Отдельно от договора проверьте полномочия подписанта, выбранные категории данных, точные </w:t>
    </w:r>
    <w:r w:rsidRPr="00384F28">
      <w:rPr>
        <w:rFonts w:asciiTheme="minorHAnsi" w:hAnsiTheme="minorHAnsi"/>
        <w:i/>
        <w:iCs/>
        <w:sz w:val="20"/>
        <w:szCs w:val="20"/>
      </w:rPr>
      <w:t>URL</w:t>
    </w:r>
    <w:r w:rsidRPr="00384F28">
      <w:rPr>
        <w:rFonts w:asciiTheme="minorHAnsi" w:hAnsiTheme="minorHAnsi"/>
        <w:i/>
        <w:iCs/>
        <w:sz w:val="20"/>
        <w:szCs w:val="20"/>
        <w:lang w:val="ru-RU"/>
      </w:rPr>
      <w:t xml:space="preserve"> и срок.</w:t>
    </w:r>
  </w:p>
  <w:p w:rsidR="00384F28" w:rsidRPr="00384F28" w:rsidRDefault="00384F28" w:rsidP="00384F28">
    <w:pPr>
      <w:pStyle w:val="ae"/>
      <w:numPr>
        <w:ilvl w:val="0"/>
        <w:numId w:val="11"/>
      </w:numPr>
      <w:jc w:val="both"/>
      <w:rPr>
        <w:rFonts w:asciiTheme="minorHAnsi" w:hAnsiTheme="minorHAnsi"/>
        <w:i/>
        <w:iCs/>
        <w:sz w:val="20"/>
        <w:szCs w:val="20"/>
        <w:lang w:val="ru-RU"/>
      </w:rPr>
    </w:pPr>
    <w:r w:rsidRPr="00384F28">
      <w:rPr>
        <w:rFonts w:asciiTheme="minorHAnsi" w:hAnsiTheme="minorHAnsi"/>
        <w:i/>
        <w:iCs/>
        <w:sz w:val="20"/>
        <w:szCs w:val="20"/>
        <w:lang w:val="ru-RU"/>
      </w:rPr>
      <w:t>Не публикуйте строки, напротив которых не указано однозначное разрешение.</w:t>
    </w:r>
  </w:p>
  <w:p w:rsidR="00384F28" w:rsidRPr="00384F28" w:rsidRDefault="00384F28" w:rsidP="00384F28">
    <w:pPr>
      <w:pStyle w:val="ae"/>
      <w:numPr>
        <w:ilvl w:val="0"/>
        <w:numId w:val="11"/>
      </w:numPr>
      <w:jc w:val="both"/>
      <w:rPr>
        <w:rFonts w:asciiTheme="minorHAnsi" w:hAnsiTheme="minorHAnsi"/>
        <w:i/>
        <w:iCs/>
        <w:sz w:val="20"/>
        <w:szCs w:val="20"/>
        <w:lang w:val="ru-RU"/>
      </w:rPr>
    </w:pPr>
    <w:r w:rsidRPr="00384F28">
      <w:rPr>
        <w:rFonts w:asciiTheme="minorHAnsi" w:hAnsiTheme="minorHAnsi"/>
        <w:i/>
        <w:iCs/>
        <w:sz w:val="20"/>
        <w:szCs w:val="20"/>
        <w:lang w:val="ru-RU"/>
      </w:rPr>
      <w:t>Обеспечьте соблюдение индивидуальных запретов и условий, в том числе при последующем распространении.</w:t>
    </w:r>
  </w:p>
  <w:p w:rsidR="00384F28" w:rsidRPr="00384F28" w:rsidRDefault="00384F28" w:rsidP="00384F28">
    <w:pPr>
      <w:pStyle w:val="ae"/>
      <w:numPr>
        <w:ilvl w:val="0"/>
        <w:numId w:val="11"/>
      </w:numPr>
      <w:jc w:val="both"/>
      <w:rPr>
        <w:rFonts w:asciiTheme="minorHAnsi" w:hAnsiTheme="minorHAnsi"/>
        <w:i/>
        <w:iCs/>
        <w:sz w:val="20"/>
        <w:szCs w:val="20"/>
        <w:lang w:val="ru-RU"/>
      </w:rPr>
    </w:pPr>
    <w:r w:rsidRPr="00384F28">
      <w:rPr>
        <w:rFonts w:asciiTheme="minorHAnsi" w:hAnsiTheme="minorHAnsi"/>
        <w:i/>
        <w:iCs/>
        <w:sz w:val="20"/>
        <w:szCs w:val="20"/>
        <w:lang w:val="ru-RU"/>
      </w:rPr>
      <w:t>Не включайте в видео изображения и голоса других участников без проверки их собственных правовых оснований и разрешений.</w:t>
    </w:r>
  </w:p>
  <w:p w:rsidR="00384F28" w:rsidRPr="00384F28" w:rsidRDefault="00384F28">
    <w:pPr>
      <w:pStyle w:val="a5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45B2AC0"/>
    <w:multiLevelType w:val="hybridMultilevel"/>
    <w:tmpl w:val="9AF2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04436D"/>
    <w:multiLevelType w:val="hybridMultilevel"/>
    <w:tmpl w:val="E83AA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991792"/>
    <w:multiLevelType w:val="hybridMultilevel"/>
    <w:tmpl w:val="DA406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9D36DE"/>
    <w:multiLevelType w:val="hybridMultilevel"/>
    <w:tmpl w:val="FEE2D148"/>
    <w:lvl w:ilvl="0" w:tplc="CD92DBCE">
      <w:start w:val="5"/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384F28"/>
    <w:rsid w:val="0047743B"/>
    <w:rsid w:val="00816456"/>
    <w:rsid w:val="00AA1D8D"/>
    <w:rsid w:val="00B47730"/>
    <w:rsid w:val="00BE7302"/>
    <w:rsid w:val="00CB0664"/>
    <w:rsid w:val="00CB4A2F"/>
    <w:rsid w:val="00E85FE4"/>
    <w:rsid w:val="00E869DE"/>
    <w:rsid w:val="00EA11FF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A45"/>
      <w:sz w:val="2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3A45"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64809B-6543-42A7-97F5-EDCC17075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Natalia Onuchak</cp:lastModifiedBy>
  <cp:revision>2</cp:revision>
  <dcterms:created xsi:type="dcterms:W3CDTF">2026-10-26T15:38:00Z</dcterms:created>
  <dcterms:modified xsi:type="dcterms:W3CDTF">2026-10-26T15:38:00Z</dcterms:modified>
</cp:coreProperties>
</file>